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of Mailing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AFFIDAVIT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on oath that on the [day] day of [month], [year], I mailed by registered or certified mail with return receipt requested, the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hereinabove set forth, direct to such person or persons at the address therein named that was the last address of such person known to me at the time of mailing or to such person or persons at the address therein named that was the person and the address agreed upon in said Mortgage.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to before me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