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Affidavit of Mailing of Notice of Sale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AFFIDAVIT OF MAILING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[Name], being first duly sworn, deposes and says: That affiant is, and was when the herein described mailing took place,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citizen of the United States, over 18 years of age, employed by [employer name], and that on the [deposit date], affiant deposited in the United States Post office at [city], Nevada,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true and correct copy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Notice of Default and Election to Sell, which was recorded on [recording date], as Document No. [document number], in the Official Records of [county name] County, Nevada, and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State of Nevada Foreclosure Mediation Program Notice of Enrollment, upon which first class postage was fully prepaid, addressed to the following parties: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[names and addresses of parties]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Further affiant sayeth not.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affiant]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On this [day] day of [month], [year], personally appeared before me,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Notary Public, in and for said County and State, [affiant name], known to me to be the person described in and who executed the foregoing instrument.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