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 xml:space="preserve">AFFIDAVIT OF PAYMENT TO DISCHARGE LIEN CLAIM </w:t>
      </w:r>
    </w:p>
    <w:p>
      <w:pPr/>
      <w:r>
        <w:rPr>
          <w:rFonts w:ascii="Times New Roman" w:hAnsi="Times New Roman" w:eastAsia="Times New Roman" w:cs="Times New Roman"/>
          <w:sz w:val="24"/>
        </w:rPr>
        <w:t>TO THE CLERK, COUNTY OF [insert name of county]:</w:t>
      </w:r>
    </w:p>
    <w:p>
      <w:pPr/>
      <w:r>
        <w:rPr>
          <w:rFonts w:ascii="Times New Roman" w:hAnsi="Times New Roman" w:eastAsia="Times New Roman" w:cs="Times New Roman"/>
          <w:sz w:val="24"/>
        </w:rPr>
        <w:t>The undersigned, being duly sworn upon the undersigned’s oath, states:</w:t>
      </w:r>
    </w:p>
    <w:p>
      <w:pPr/>
      <w:r>
        <w:rPr>
          <w:rFonts w:ascii="Times New Roman" w:hAnsi="Times New Roman" w:eastAsia="Times New Roman" w:cs="Times New Roman"/>
          <w:sz w:val="24"/>
        </w:rPr>
        <w:t>I am an owner of real property located at [insert address of property subject to lien], in that certain tract or parcel of land and premises described as Block [insert block number], Lot [insert lot number], on the tax map of the [insert municipality] of [insert county name], State of New Jersey.</w:t>
      </w:r>
    </w:p>
    <w:p>
      <w:pPr/>
      <w:r>
        <w:rPr>
          <w:rFonts w:ascii="Times New Roman" w:hAnsi="Times New Roman" w:eastAsia="Times New Roman" w:cs="Times New Roman"/>
          <w:sz w:val="24"/>
        </w:rPr>
        <w:t>On or about [insert date], I caused to be sent to [insert name of contractor/ subcontractor to whom payment was made], located at [insert address designated for payment by filed lien claim form], the final payment in the amount of $ [insert amount] in full satisfaction of a certain lien claim dated [insert date] which was filed by [insert name of lien claimant] against the real property designated in paragraph 1., on [insert date] in the office of the county clerk of the County of [insert county] in Construction Lien Book [insert book number], Page [insert page number].</w:t>
      </w:r>
    </w:p>
    <w:p>
      <w:pPr/>
      <w:r>
        <w:rPr>
          <w:rFonts w:ascii="Times New Roman" w:hAnsi="Times New Roman" w:eastAsia="Times New Roman" w:cs="Times New Roman"/>
          <w:sz w:val="24"/>
        </w:rPr>
        <w:t>At least 13 months have elapsed since the date of the lien claim and 90 days before filing this affidavit, I mailed or caused to be mailed by certified mail to the last known address of the lien claimant as set forth in the filed lien claim form, written notice of my intention to file a discharge certificate with respect to the lien claim. To the best of my knowledge and belief, no written communication denying or disputing payment in full of the lien claim has been received from the lien claimant [insert name].</w:t>
      </w:r>
    </w:p>
    <w:p>
      <w:pPr/>
      <w:r>
        <w:rPr>
          <w:rFonts w:ascii="Times New Roman" w:hAnsi="Times New Roman" w:eastAsia="Times New Roman" w:cs="Times New Roman"/>
          <w:sz w:val="24"/>
        </w:rPr>
        <w:t>Wherefore, the undersigned directs the county clerk of the County of [insert county] to cause to be filed the discharge certificate accompanying this affidavit, and further directs the county clerk to cause a notation of the discharge of the lien to be endorsed upon the margin of the record of the original lien claim, stating that the discharge is filed, and setting forth the date, book and page number of the filed discharge.</w:t>
      </w:r>
    </w:p>
    <w:p>
      <w:pPr/>
    </w:p>
    <w:p>
      <w:pPr/>
      <w:r>
        <w:rPr>
          <w:rFonts w:ascii="Times New Roman" w:hAnsi="Times New Roman" w:eastAsia="Times New Roman" w:cs="Times New Roman"/>
          <w:sz w:val="24"/>
        </w:rPr>
        <w:t>[insert Name of Owner or Community Association]</w:t>
      </w:r>
    </w:p>
    <w:p>
      <w:pPr/>
    </w:p>
    <w:p>
      <w:pPr/>
    </w:p>
    <w:p>
      <w:pPr/>
    </w:p>
    <w:p>
      <w:pPr/>
      <w:r>
        <w:rPr>
          <w:rFonts w:ascii="Times New Roman" w:hAnsi="Times New Roman" w:eastAsia="Times New Roman" w:cs="Times New Roman"/>
          <w:sz w:val="24"/>
        </w:rPr>
        <w:t>NOTARY FOR INDIVIDUAL CLAIMANT:</w:t>
      </w:r>
    </w:p>
    <w:p>
      <w:pPr/>
    </w:p>
    <w:p>
      <w:pPr/>
    </w:p>
    <w:p>
      <w:pPr/>
      <w:r>
        <w:rPr>
          <w:rFonts w:ascii="Times New Roman" w:hAnsi="Times New Roman" w:eastAsia="Times New Roman" w:cs="Times New Roman"/>
          <w:sz w:val="24"/>
        </w:rPr>
        <w:t xml:space="preserve">On this ____________ day of ________________ 20____________, before me, the subscriber, personally appeared [insert name of person signing on behalf of claimant(s)] who, I am satisfied, is/are the person(s) named in and who executed the within instrument, and thereupon </w:t>
      </w:r>
      <w:r>
        <w:rPr>
          <w:rFonts w:ascii="Times New Roman" w:hAnsi="Times New Roman" w:eastAsia="Times New Roman" w:cs="Times New Roman"/>
          <w:sz w:val="24"/>
        </w:rPr>
        <w:t>acknowledged that claimant(s) signed, sealed, and delivered the same as claimant’s (s’) act and deed, for the purposes therein expressed.</w:t>
      </w:r>
    </w:p>
    <w:p>
      <w:pPr/>
    </w:p>
    <w:p>
      <w:pPr/>
    </w:p>
    <w:p>
      <w:pPr/>
    </w:p>
    <w:p>
      <w:pPr/>
      <w:r>
        <w:rPr>
          <w:rFonts w:ascii="Times New Roman" w:hAnsi="Times New Roman" w:eastAsia="Times New Roman" w:cs="Times New Roman"/>
          <w:sz w:val="24"/>
        </w:rPr>
        <w:t>NOTARY FOR CORPORATE OR LIMITED LIABILITY CLAIMANT:</w:t>
      </w:r>
    </w:p>
    <w:p>
      <w:pPr/>
    </w:p>
    <w:p>
      <w:pPr/>
    </w:p>
    <w:p>
      <w:pPr/>
      <w:r>
        <w:rPr>
          <w:rFonts w:ascii="Times New Roman" w:hAnsi="Times New Roman" w:eastAsia="Times New Roman" w:cs="Times New Roman"/>
          <w:sz w:val="24"/>
        </w:rPr>
        <w:t>On this ____________ day of ________________ 20____________, before me, the subscriber, personally appeared [insert name of person signing on behalf of claimant(s)] who, I am satisfied is the [insert secretary/ other officer/manager/agent] of the [insert name of corporation/ partnership/limited liability company] named herein and who by me duly sworn/affirmed, asserted authority to act on behalf of the [insert name of corporation/partnership/ limited liability company] and who, by virtue of [insert its bylaws or resolution of its board of directors or partnership agreement or operating agreement] executed the within instrument on its behalf, and thereupon acknowledged that claimant signed, sealed, and delivered same as claimant’s act and deed, for the purposes herein expressed.</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