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Affidavit of Payment under  O.C.G.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/>
          <w:sz w:val="24"/>
        </w:rPr>
        <w:t xml:space="preserve">. § 44-14-366 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 w:val="0"/>
          <w:sz w:val="24"/>
        </w:rPr>
        <w:t>AFFIDAVIT OF PAYMENT UNDER O.C.G.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. § 44-14-366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STATE OF GEORGIA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COUNTY OF [county]</w:t>
      </w:r>
    </w:p>
    <w:p>
      <w:pPr>
        <w:keepNext w:val="0"/>
        <w:spacing w:before="120" w:after="0" w:line="260" w:lineRule="exact"/>
        <w:ind w:left="720" w:right="0" w:firstLine="24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The undersigned mechanic and/or materialman has been employed by [name of contractor] to furnish [describe materials and/or labor provided] for the construction of improvements known as [name of project or building] which is located in the City of [name of city], County of [county], and is owned by [name of owner] and is more particularly described as [legal description] (the "Property").</w:t>
      </w:r>
    </w:p>
    <w:p>
      <w:pPr>
        <w:keepNext w:val="0"/>
        <w:spacing w:before="120" w:after="0" w:line="260" w:lineRule="exact"/>
        <w:ind w:left="720" w:right="0" w:firstLine="24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The undersigned executed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[either Interim Waiver and Release Upon Payment or Waiver and Release Upon Final Payment as applicable] dated [day, month, and year of lien waiver and release] pursuant to O.C.G.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. § 44-14-366 with respect to the Property.</w:t>
      </w:r>
    </w:p>
    <w:p>
      <w:pPr>
        <w:keepNext w:val="0"/>
        <w:spacing w:before="120" w:after="0" w:line="260" w:lineRule="exact"/>
        <w:ind w:left="720" w:right="0" w:firstLine="24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The undersigned executed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Affidavit of Nonpayment dated [day, month and year] pursuant to O.C.G.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. § 44-14-366, and recorded at Book [book number], Page [page number], clerk of the Superior Court of [county] County, Georgia records, stating that the amount set forth in said waiver and release ([amount set forth in the waiver and release]) had not been paid.</w:t>
      </w:r>
    </w:p>
    <w:p>
      <w:pPr>
        <w:keepNext w:val="0"/>
        <w:spacing w:before="120" w:after="0" w:line="260" w:lineRule="exact"/>
        <w:ind w:left="720" w:right="0" w:firstLine="24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Pursuant to O.C.G.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. § 44-14-366(f)(3), the undersigned hereby swears it has received payment of the amount set forth in said waiver and release ([amount]) and that said Affidavit of Nonpayment recorded at Book [book number], Page [page number], Clerk of the Superior Court of [county] County, Georgia Records is void.</w:t>
      </w:r>
    </w:p>
    <w:p>
      <w:pPr>
        <w:keepNext w:val="0"/>
        <w:spacing w:before="120" w:after="0" w:line="260" w:lineRule="exact"/>
        <w:ind w:left="360" w:right="0" w:firstLine="24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The above facts are sworn true and correct by the undersigned on this, the [day] day of [month], 20[year].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claimant]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[title, if applicable]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Sworn to and Subscribed in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The Presence Of: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Witness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Notary Public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