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Affidavit of Sending Notice of Shareholders' Meeting </w:t>
      </w:r>
    </w:p>
    <w:p>
      <w:pPr>
        <w:keepNext w:val="0"/>
        <w:spacing w:after="0" w:line="240" w:lineRule="exact"/>
        <w:ind w:right="0"/>
        <w:jc w:val="both"/>
      </w:pP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[Name], being first duly sworn, says: That I am, and at all times herein mentioned was, the Secretary of [corporation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California corporation, and that as Secretary, on [date], I caused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the [annual or special] meeting of the shareholders of the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copy of which is hereto annexed and is hereby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hereof, to be mailed, postage prepaid, addressed to each shareholder of record of the corporation entitled to vote, at that shareholder's last known address appearing on the records of that corporation, or given to the corporation for the purpose of notice.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w:t>
      </w:r>
      <w:r>
        <w:rPr>
          <w:rFonts w:ascii="Times New Roman" w:hAnsi="Times New Roman" w:eastAsia="Times New Roman" w:cs="Times New Roman"/>
          <w:b w:val="0"/>
          <w:sz w:val="24"/>
        </w:rPr>
        <w:t>signature</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[print or type name]</w:t>
      </w:r>
    </w:p>
    <w:p>
      <w:pPr>
        <w:keepNext w:val="0"/>
        <w:spacing w:before="200" w:after="0" w:line="260" w:lineRule="exact"/>
        <w:ind w:left="720" w:right="0" w:firstLine="0"/>
        <w:jc w:val="both"/>
      </w:pPr>
      <w:r>
        <w:rPr>
          <w:rFonts w:ascii="Times New Roman" w:hAnsi="Times New Roman" w:eastAsia="Times New Roman" w:cs="Times New Roman"/>
          <w:b w:val="0"/>
          <w:sz w:val="24"/>
        </w:rPr>
        <w:t>Subscribed and sworn to before me on [date].</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val="0"/>
          <w:sz w:val="24"/>
        </w:rPr>
        <w:t>notary seal</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w:t>
      </w:r>
      <w:r>
        <w:rPr>
          <w:rFonts w:ascii="Times New Roman" w:hAnsi="Times New Roman" w:eastAsia="Times New Roman" w:cs="Times New Roman"/>
          <w:b w:val="0"/>
          <w:sz w:val="24"/>
        </w:rPr>
        <w:t>notary signature</w:t>
      </w:r>
      <w:r>
        <w:rPr>
          <w:rFonts w:ascii="Times New Roman" w:hAnsi="Times New Roman" w:eastAsia="Times New Roman" w:cs="Times New Roman"/>
          <w:b w:val="0"/>
          <w:sz w:val="24"/>
        </w:rPr>
        <w: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