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Service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SUPREME COURT OF THE STATE OF NEW YORK 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spacing w:line="100" w:lineRule="exact"/>
      </w:pP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I, [name of server], being duly sworn, deposes and says: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over 18 years of age and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party to this action.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foregoing [plaintiff/defendant]’s [document description] was served on the following parties by [form of service]: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[Counsel’s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 [party name and designation]</w:t>
      </w:r>
    </w:p>
    <w:p>
      <w:pPr/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 certify that the foregoing statements made by me are true. I am fully aware that if any of the foregoing statements made by me are willfully false, I am subject to punishment.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[city and state where signed]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 signed]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________________________________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server]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Sworn to before me this 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[day] of [month], [year]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____________________________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