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Affidavit of Service of Notice of Mechanic’s Lien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AFFIDAVIT OF SERVICE OF NOTICE OF MECHANIC’S LIEN (NY)</w:t>
      </w:r>
    </w:p>
    <w:p>
      <w:pPr>
        <w:keepNext w:val="0"/>
        <w:spacing w:before="200" w:after="0" w:line="260" w:lineRule="exact"/>
        <w:ind w:left="720" w:right="0" w:firstLine="0"/>
        <w:jc w:val="both"/>
      </w:pPr>
      <w:r>
        <w:rPr>
          <w:rFonts w:ascii="Times New Roman" w:hAnsi="Times New Roman" w:eastAsia="Times New Roman" w:cs="Times New Roman"/>
          <w:b w:val="0"/>
          <w:sz w:val="24"/>
        </w:rPr>
        <w:t>I, [name of server], being duly sworn, depose and say: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over 18 years of age.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service], I served and delivered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the Notice of Mechanic’s Lien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 [name of person served], personally, at [street address], [city] [state], [zip code]. I knew the person served to be the [owner or agent of the owner or attorney for the owner] of the property.</w:t>
      </w:r>
    </w:p>
    <w:p>
      <w:pPr>
        <w:keepNext w:val="0"/>
        <w:spacing w:before="200" w:after="0" w:line="260" w:lineRule="exact"/>
        <w:ind w:left="360" w:right="0" w:firstLine="0"/>
        <w:jc w:val="both"/>
      </w:pPr>
      <w:r>
        <w:rPr>
          <w:rFonts w:ascii="Times New Roman" w:hAnsi="Times New Roman" w:eastAsia="Times New Roman" w:cs="Times New Roman"/>
          <w:b w:val="0"/>
          <w:sz w:val="24"/>
        </w:rPr>
        <w:t>Dated: [month] [day], [year]</w:t>
      </w:r>
    </w:p>
    <w:p>
      <w:pPr>
        <w:keepNext w:val="0"/>
        <w:spacing w:before="200" w:after="0" w:line="260" w:lineRule="exact"/>
        <w:ind w:left="360" w:right="0" w:firstLine="0"/>
        <w:jc w:val="right"/>
      </w:pPr>
      <w:r>
        <w:rPr>
          <w:rFonts w:ascii="Times New Roman" w:hAnsi="Times New Roman" w:eastAsia="Times New Roman" w:cs="Times New Roman"/>
          <w:b w:val="0"/>
          <w:sz w:val="24"/>
        </w:rPr>
        <w:t>_________________________</w:t>
      </w:r>
    </w:p>
    <w:p>
      <w:pPr>
        <w:keepNext w:val="0"/>
        <w:spacing w:before="200" w:after="0" w:line="260" w:lineRule="exact"/>
        <w:ind w:left="360" w:right="0" w:firstLine="0"/>
        <w:jc w:val="right"/>
      </w:pPr>
      <w:r>
        <w:rPr>
          <w:rFonts w:ascii="Times New Roman" w:hAnsi="Times New Roman" w:eastAsia="Times New Roman" w:cs="Times New Roman"/>
          <w:b w:val="0"/>
          <w:sz w:val="24"/>
        </w:rPr>
        <w:t>[name of server]</w:t>
      </w:r>
    </w:p>
    <w:p>
      <w:pPr>
        <w:keepNext w:val="0"/>
        <w:spacing w:before="200" w:after="0" w:line="260" w:lineRule="exact"/>
        <w:ind w:left="360" w:right="0" w:firstLine="0"/>
        <w:jc w:val="both"/>
      </w:pPr>
      <w:r>
        <w:rPr>
          <w:rFonts w:ascii="Times New Roman" w:hAnsi="Times New Roman" w:eastAsia="Times New Roman" w:cs="Times New Roman"/>
          <w:b w:val="0"/>
          <w:sz w:val="24"/>
        </w:rPr>
        <w:t>On the [day] of [month] in the year [year], before me, the undersigned, personally appeared [name of person executing certification], personally known to me or proved to me on the basis of satisfactory evidence to be the individual(s) whose name(s) is (are) subscribed to the within instrument and acknowledged to me that he/she/they executed the same in his/her/their capacity(ies), and that by his/her/their signature(s) on the instrument, the individual(s), or the person upon behalf of which the individual(s) acted, executed the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Sworn to before me on this [day]</w:t>
      </w:r>
    </w:p>
    <w:p>
      <w:pPr>
        <w:keepNext w:val="0"/>
        <w:spacing w:before="6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w:t>
      </w:r>
    </w:p>
    <w:p>
      <w:pPr>
        <w:keepNext w:val="0"/>
        <w:spacing w:before="60" w:after="0" w:line="260" w:lineRule="exact"/>
        <w:ind w:left="360" w:right="0" w:firstLine="0"/>
        <w:jc w:val="both"/>
      </w:pPr>
      <w:r>
        <w:rPr>
          <w:rFonts w:ascii="Times New Roman" w:hAnsi="Times New Roman" w:eastAsia="Times New Roman" w:cs="Times New Roman"/>
          <w:b w:val="0"/>
          <w:sz w:val="24"/>
        </w:rPr>
        <w:t>Notary Public</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