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of Service of Process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[Attorney's name/bar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IN THE UNITED STATES DISTRICT COURT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FOR THE [NAME] DISTRICT OF [STATE]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[NAME] DIVISION</w:t>
      </w:r>
    </w:p>
    <w:p>
      <w:pPr>
        <w:spacing w:line="100" w:lineRule="exact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AFFIDAVIT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[name of affiant], being duly sworn, hereby depose and say: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over 18 years of age and not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to this action. I reside in [location]. To my knowledge, all of the facts stated in this affidavit are true and correct.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[status in case,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professional process server hired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I personally handed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[documents served, usually “summons and complaint”] in this action to the [party designation, usually defendant] at [location or street address]. I identified the person to whom I handed the [documents served, usually “summons and complaint”] by [means of identification, e.g., asking him his name or asking him his name and observing that he met the physical description provided to me].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person served] is [description of person, including physical appearance and approximate height and weight.]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signed this affidavit on [date] at [city and state].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Affiant]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Subscribed and Sworn to Before me 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[number] day of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Republic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