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of Service of Process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[your name], being of full age, on [his or her] oath, deposes and says: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[titles of all documents which you served to named defendant] to be [successfully/unsuccessfully] served upon: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[Named Defendant]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[Defendant’s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person receiving service was: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person who received service]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service]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____ Delivered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to [him/her] personally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Left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competent household member over 14 years of age residing therein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Left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authorized to accept service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attest that the foregoing statements made by me are true. I am aware that if any of the foregoing statements made by me are willfully false, I am subject to punishment.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serving documents]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Subscribed and sworn to before me,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[number] day of [enter month]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[Notary seal:]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notary]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