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Affidavit of Service of Process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SUPREME COURT OF THE STATE OF NEW YORK</w:t>
      </w:r>
    </w:p>
    <w:p>
      <w:pPr>
        <w:keepNext w:val="0"/>
        <w:spacing w:before="200" w:after="0" w:line="260" w:lineRule="exact"/>
        <w:ind w:left="360" w:right="0" w:firstLine="0"/>
        <w:jc w:val="both"/>
      </w:pPr>
      <w:r>
        <w:rPr>
          <w:rFonts w:ascii="Times New Roman" w:hAnsi="Times New Roman" w:eastAsia="Times New Roman" w:cs="Times New Roman"/>
          <w:b w:val="0"/>
          <w:sz w:val="24"/>
        </w:rPr>
        <w:t>COUNTY OF [County name]</w:t>
      </w:r>
    </w:p>
    <w:p>
      <w:pPr>
        <w:spacing w:line="100" w:lineRule="exact"/>
      </w:pPr>
    </w:p>
    <w:p>
      <w:pPr>
        <w:keepNext w:val="0"/>
        <w:spacing w:before="200" w:after="0" w:line="260" w:lineRule="exact"/>
        <w:ind w:left="360" w:right="0" w:firstLine="0"/>
        <w:jc w:val="both"/>
      </w:pPr>
      <w:r>
        <w:rPr>
          <w:rFonts w:ascii="Times New Roman" w:hAnsi="Times New Roman" w:eastAsia="Times New Roman" w:cs="Times New Roman"/>
          <w:b w:val="0"/>
          <w:sz w:val="24"/>
        </w:rPr>
        <w:t>I, [name of server], being duly sworn, depose and say:</w:t>
      </w:r>
    </w:p>
    <w:p>
      <w:pPr>
        <w:keepNext w:val="0"/>
        <w:spacing w:before="120" w:after="0" w:line="260" w:lineRule="exact"/>
        <w:ind w:left="720" w:right="0" w:firstLine="0"/>
        <w:jc w:val="left"/>
      </w:pPr>
      <w:r>
        <w:rPr>
          <w:rFonts w:ascii="Times New Roman" w:hAnsi="Times New Roman" w:eastAsia="Times New Roman" w:cs="Times New Roman"/>
          <w:b w:val="0"/>
          <w:sz w:val="24"/>
        </w:rPr>
        <w:t>1.</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 am over 18 years of age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this action.</w:t>
      </w:r>
    </w:p>
    <w:p>
      <w:pPr>
        <w:keepNext w:val="0"/>
        <w:spacing w:before="120" w:after="0" w:line="260" w:lineRule="exact"/>
        <w:ind w:left="720" w:right="0" w:firstLine="0"/>
        <w:jc w:val="left"/>
      </w:pPr>
      <w:r>
        <w:rPr>
          <w:rFonts w:ascii="Times New Roman" w:hAnsi="Times New Roman" w:eastAsia="Times New Roman" w:cs="Times New Roman"/>
          <w:b w:val="0"/>
          <w:sz w:val="24"/>
        </w:rPr>
        <w:t>2.</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On [date],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foregoing [document description] was served on the following parties by [form of service]:</w:t>
      </w:r>
    </w:p>
    <w:p>
      <w:pPr>
        <w:keepNext w:val="0"/>
        <w:spacing w:before="200" w:after="0" w:line="260" w:lineRule="exact"/>
        <w:ind w:left="720" w:right="0" w:firstLine="0"/>
        <w:jc w:val="both"/>
      </w:pPr>
      <w:r>
        <w:rPr>
          <w:rFonts w:ascii="Times New Roman" w:hAnsi="Times New Roman" w:eastAsia="Times New Roman" w:cs="Times New Roman"/>
          <w:b w:val="0"/>
          <w:sz w:val="24"/>
        </w:rPr>
        <w:t>[Party’s name]</w:t>
      </w:r>
    </w:p>
    <w:p>
      <w:pPr>
        <w:keepNext w:val="0"/>
        <w:spacing w:before="200" w:after="0" w:line="260" w:lineRule="exact"/>
        <w:ind w:left="720" w:right="0" w:firstLine="0"/>
        <w:jc w:val="both"/>
      </w:pPr>
      <w:r>
        <w:rPr>
          <w:rFonts w:ascii="Times New Roman" w:hAnsi="Times New Roman" w:eastAsia="Times New Roman" w:cs="Times New Roman"/>
          <w:b w:val="0"/>
          <w:sz w:val="24"/>
        </w:rPr>
        <w:t>[Street address]</w:t>
      </w:r>
    </w:p>
    <w:p>
      <w:pPr>
        <w:keepNext w:val="0"/>
        <w:spacing w:before="200" w:after="0" w:line="260" w:lineRule="exact"/>
        <w:ind w:left="720" w:right="0" w:firstLine="0"/>
        <w:jc w:val="both"/>
      </w:pPr>
      <w:r>
        <w:rPr>
          <w:rFonts w:ascii="Times New Roman" w:hAnsi="Times New Roman" w:eastAsia="Times New Roman" w:cs="Times New Roman"/>
          <w:b w:val="0"/>
          <w:sz w:val="24"/>
        </w:rPr>
        <w:t>[City, state, and zip code]</w:t>
      </w:r>
    </w:p>
    <w:p>
      <w:pPr>
        <w:keepNext w:val="0"/>
        <w:spacing w:before="120" w:after="0" w:line="260" w:lineRule="exact"/>
        <w:ind w:left="720" w:right="0" w:firstLine="0"/>
        <w:jc w:val="left"/>
      </w:pPr>
      <w:r>
        <w:rPr>
          <w:rFonts w:ascii="Times New Roman" w:hAnsi="Times New Roman" w:eastAsia="Times New Roman" w:cs="Times New Roman"/>
          <w:b w:val="0"/>
          <w:sz w:val="24"/>
        </w:rPr>
        <w:t>3.</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The individual I served had the following characteristics (check all appropriate boxes):</w:t>
      </w:r>
    </w:p>
    <w:p>
      <w:pPr>
        <w:keepNext w:val="0"/>
        <w:spacing w:before="200" w:after="0" w:line="260" w:lineRule="exact"/>
        <w:ind w:left="1080" w:right="0" w:firstLine="0"/>
        <w:jc w:val="both"/>
      </w:pPr>
      <w:r>
        <w:rPr>
          <w:rFonts w:ascii="Times New Roman" w:hAnsi="Times New Roman" w:eastAsia="Times New Roman" w:cs="Times New Roman"/>
          <w:b w:val="0"/>
          <w:sz w:val="24"/>
        </w:rPr>
        <w:t>Color of skin (describe): 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Color of hair (describe): 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Other identifying features, if any (describe): ______________________________</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4.</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 I asked whether the defendant was in the United States military or the New York State military in any capacity and was told that he/she was not. The defendant wore civilian clothing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military uniform. Upon information and belief, the defendant is not in the United States or New York State military service. The basis for my belief is the conversation(s) and observation(s) described above.</w:t>
      </w:r>
    </w:p>
    <w:p>
      <w:pPr/>
    </w:p>
    <w:p>
      <w:pPr>
        <w:keepNext w:val="0"/>
        <w:spacing w:before="120" w:after="0" w:line="260" w:lineRule="exact"/>
        <w:ind w:left="360" w:right="0" w:firstLine="240"/>
        <w:jc w:val="left"/>
      </w:pPr>
      <w:r>
        <w:rPr>
          <w:rFonts w:ascii="Times New Roman" w:hAnsi="Times New Roman" w:eastAsia="Times New Roman" w:cs="Times New Roman"/>
          <w:b w:val="0"/>
          <w:sz w:val="24"/>
        </w:rPr>
        <w:t>I certify that the foregoing statements made by me are true. I am fully aware that if any of the foregoing statements made by me are willfully false, I am subject to punishment.</w:t>
      </w:r>
    </w:p>
    <w:p>
      <w:pPr>
        <w:keepNext w:val="0"/>
        <w:spacing w:before="200" w:after="0" w:line="260" w:lineRule="exact"/>
        <w:ind w:left="360" w:right="0" w:firstLine="0"/>
        <w:jc w:val="both"/>
      </w:pPr>
      <w:r>
        <w:rPr>
          <w:rFonts w:ascii="Times New Roman" w:hAnsi="Times New Roman" w:eastAsia="Times New Roman" w:cs="Times New Roman"/>
          <w:b w:val="0"/>
          <w:sz w:val="24"/>
        </w:rPr>
        <w:t>Dated: [city and state where signed]</w:t>
      </w:r>
    </w:p>
    <w:p>
      <w:pPr>
        <w:keepNext w:val="0"/>
        <w:spacing w:before="200" w:after="0" w:line="260" w:lineRule="exact"/>
        <w:ind w:left="360" w:right="0" w:firstLine="0"/>
        <w:jc w:val="both"/>
      </w:pPr>
      <w:r>
        <w:rPr>
          <w:rFonts w:ascii="Times New Roman" w:hAnsi="Times New Roman" w:eastAsia="Times New Roman" w:cs="Times New Roman"/>
          <w:b w:val="0"/>
          <w:sz w:val="24"/>
        </w:rPr>
        <w:t>[date signed]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server]</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Sworn to before me this </w:t>
      </w:r>
    </w:p>
    <w:p>
      <w:pPr>
        <w:keepNext w:val="0"/>
        <w:spacing w:before="60" w:after="0" w:line="260" w:lineRule="exact"/>
        <w:ind w:left="360" w:right="0" w:firstLine="0"/>
        <w:jc w:val="both"/>
      </w:pPr>
      <w:r>
        <w:rPr>
          <w:rFonts w:ascii="Times New Roman" w:hAnsi="Times New Roman" w:eastAsia="Times New Roman" w:cs="Times New Roman"/>
          <w:b w:val="0"/>
          <w:sz w:val="24"/>
        </w:rPr>
        <w:t>[day]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