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AFFIDAVIT OF SERVICE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County of 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State of ___________________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Date: _________________, 20____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I. SERVER</w:t>
      </w:r>
      <w:r>
        <w:rPr>
          <w:rFonts w:ascii="Times New Roman" w:hAnsi="Times New Roman" w:eastAsia="Times New Roman" w:cs="Times New Roman"/>
          <w:sz w:val="24"/>
        </w:rPr>
        <w:t>. I, ___________________ (“Server”), declare under penalty of perjury that the following documents were delivered and served in the following manner: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II. DOCUMENTS</w:t>
      </w:r>
      <w:r>
        <w:rPr>
          <w:rFonts w:ascii="Times New Roman" w:hAnsi="Times New Roman" w:eastAsia="Times New Roman" w:cs="Times New Roman"/>
          <w:sz w:val="24"/>
        </w:rPr>
        <w:t>. The documents served are described as: _____________________.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III. RECIPIENT</w:t>
      </w:r>
      <w:r>
        <w:rPr>
          <w:rFonts w:ascii="Times New Roman" w:hAnsi="Times New Roman" w:eastAsia="Times New Roman" w:cs="Times New Roman"/>
          <w:sz w:val="24"/>
        </w:rPr>
        <w:t>. The above-mentioned documents were delivered to:</w:t>
      </w:r>
    </w:p>
    <w:p>
      <w:pPr/>
      <w:r>
        <w:rPr>
          <w:rFonts w:ascii="Times New Roman" w:hAnsi="Times New Roman" w:eastAsia="Times New Roman" w:cs="Times New Roman"/>
          <w:sz w:val="24"/>
        </w:rPr>
        <w:t>Defendant/Respondent: ___________________ (“Recipient”)</w:t>
      </w:r>
    </w:p>
    <w:p>
      <w:pPr/>
      <w:r>
        <w:rPr>
          <w:rFonts w:ascii="Times New Roman" w:hAnsi="Times New Roman" w:eastAsia="Times New Roman" w:cs="Times New Roman"/>
          <w:sz w:val="24"/>
        </w:rPr>
        <w:t>Address/Location: ______________________________________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Date: _________________, 20____ Time: ____:____ </w:t>
      </w:r>
      <w:r>
        <w:rPr>
          <w:rFonts w:ascii="Times New Roman" w:hAnsi="Times New Roman" w:eastAsia="Times New Roman" w:cs="Times New Roman"/>
          <w:sz w:val="24"/>
        </w:rPr>
        <w:t xml:space="preserve"> AM </w:t>
      </w:r>
      <w:r>
        <w:rPr>
          <w:rFonts w:ascii="Times New Roman" w:hAnsi="Times New Roman" w:eastAsia="Times New Roman" w:cs="Times New Roman"/>
          <w:sz w:val="24"/>
        </w:rPr>
        <w:t xml:space="preserve"> PM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IV. DELIVERY</w:t>
      </w:r>
      <w:r>
        <w:rPr>
          <w:rFonts w:ascii="Times New Roman" w:hAnsi="Times New Roman" w:eastAsia="Times New Roman" w:cs="Times New Roman"/>
          <w:sz w:val="24"/>
        </w:rPr>
        <w:t>. The Recipient received the documents by: (check one)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Mail.</w:t>
      </w:r>
      <w:r>
        <w:rPr>
          <w:rFonts w:ascii="Times New Roman" w:hAnsi="Times New Roman" w:eastAsia="Times New Roman" w:cs="Times New Roman"/>
          <w:sz w:val="24"/>
        </w:rPr>
        <w:t xml:space="preserve"> The Server sent the documents in the mail by: (check all that apply)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Standard Mail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Electronic Mail (E-Mail)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Certified Mail (with return receipt)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FedEx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UPS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Other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Direct Service</w:t>
      </w:r>
      <w:r>
        <w:rPr>
          <w:rFonts w:ascii="Times New Roman" w:hAnsi="Times New Roman" w:eastAsia="Times New Roman" w:cs="Times New Roman"/>
          <w:sz w:val="24"/>
        </w:rPr>
        <w:t>. The Server handed the documents to a person identified as the Recipient.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Someone at the Residence</w:t>
      </w:r>
      <w:r>
        <w:rPr>
          <w:rFonts w:ascii="Times New Roman" w:hAnsi="Times New Roman" w:eastAsia="Times New Roman" w:cs="Times New Roman"/>
          <w:sz w:val="24"/>
        </w:rPr>
        <w:t>. The Server handed the documents to someone who identified as living at the residence and stated their name is: _________________.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Someone at the Workplace</w:t>
      </w:r>
      <w:r>
        <w:rPr>
          <w:rFonts w:ascii="Times New Roman" w:hAnsi="Times New Roman" w:eastAsia="Times New Roman" w:cs="Times New Roman"/>
          <w:sz w:val="24"/>
        </w:rPr>
        <w:t>. The Server handed the documents to someone who identified to be the Recipient’s co-worker and stated their name is: _________________.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Leaving at the Residence</w:t>
      </w:r>
      <w:r>
        <w:rPr>
          <w:rFonts w:ascii="Times New Roman" w:hAnsi="Times New Roman" w:eastAsia="Times New Roman" w:cs="Times New Roman"/>
          <w:sz w:val="24"/>
        </w:rPr>
        <w:t>. The Server left the documents in the following area: _________________.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Recipient Rejected Delivery</w:t>
      </w:r>
      <w:r>
        <w:rPr>
          <w:rFonts w:ascii="Times New Roman" w:hAnsi="Times New Roman" w:eastAsia="Times New Roman" w:cs="Times New Roman"/>
          <w:sz w:val="24"/>
        </w:rPr>
        <w:t>. The Server delivered the documents to the Recipient in-person and did not accept delivery.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</w:t>
      </w:r>
      <w:r>
        <w:rPr>
          <w:rFonts w:ascii="Times New Roman" w:hAnsi="Times New Roman" w:eastAsia="Times New Roman" w:cs="Times New Roman"/>
          <w:b/>
          <w:sz w:val="24"/>
        </w:rPr>
        <w:t>Other</w:t>
      </w:r>
      <w:r>
        <w:rPr>
          <w:rFonts w:ascii="Times New Roman" w:hAnsi="Times New Roman" w:eastAsia="Times New Roman" w:cs="Times New Roman"/>
          <w:sz w:val="24"/>
        </w:rPr>
        <w:t>. _______________________________________________________.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V. VERIFICATION</w:t>
      </w:r>
      <w:r>
        <w:rPr>
          <w:rFonts w:ascii="Times New Roman" w:hAnsi="Times New Roman" w:eastAsia="Times New Roman" w:cs="Times New Roman"/>
          <w:sz w:val="24"/>
        </w:rPr>
        <w:t>. I declare under penalty of perjury under the laws located in this State that the foregoing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Server’s Signature</w:t>
      </w:r>
      <w:r>
        <w:rPr>
          <w:rFonts w:ascii="Times New Roman" w:hAnsi="Times New Roman" w:eastAsia="Times New Roman" w:cs="Times New Roman"/>
          <w:sz w:val="24"/>
        </w:rPr>
        <w:t xml:space="preserve">: </w:t>
      </w:r>
      <w:r>
        <w:rPr>
          <w:rFonts w:ascii="Times New Roman" w:hAnsi="Times New Roman" w:eastAsia="Times New Roman" w:cs="Times New Roman"/>
          <w:sz w:val="24"/>
        </w:rPr>
        <w:t>________________________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Date: 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Print Name: 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