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of Translation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[Attorney's name/bar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[Telephone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[Email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 for [Plaintiff/Defendant]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 THE UNITED STATES DISTRICT COURT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FOR THE [NAME] DISTRICT OF [STATE]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[NAME] DIVISION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AFFIDAVIT OF TRANSLATION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affiant], being duly sworn, hereby depose and say: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fluent in English and [language]. [Add additional qualifications (e.g., basis for fluency, years of study in that language)].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certify that I have accurately translated the attached document, [name of document], from [language] to English.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signed this affidavit on [date] at [city and state].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Subscribed and Sworn to Before me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[number] day of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Republic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