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Affidavit of Translation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AFFIDAVIT OF TRANSLATION BY [TRANSLATOR NAME] OF [NAME OF DOCUMENT THAT IS BEING TRANSLATED]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I, [name of affiant], of full age, being duly sworn according to law upon [his/her] oath, deposes and says: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 am fluent in English and [language]. [Add additional qualifications (e.g., basis for fluency, years of study in that language)].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 certify that I have accurately translated the attached document, [name of document], from [language] to English.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Dated: [Date]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Location: [City, State]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Affiant]</w:t>
      </w:r>
    </w:p>
    <w:p>
      <w:pPr/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SWORN TO (or affirmed) AND SUBSCRIBED before me by means of ☐ physical presence or ☐ online notarization this [month] [day], [year] by [name of person making statement].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NOTARY PUBLIC, STATE OF FLORIDA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My Commission Expires: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