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Translation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IN THE COURT OF [NAME]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[NAME] DIVISION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[NAME] COUNTY, OHIO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TRANSLATION BY [AFFIANT NAME] OF [NAME OF DOCUMENT THAT IS BEING TRANSLATED] IN [SUPPORT OF/OPPOSITION TO] [UNDERLYING APPLICATION OR PLEADING, e.g., DEFENDANT’S MOTION FOR SUMMARY JUDGMENT]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of full age, being duly sworn according to law upon [his/her] oath, deposes and says: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fluent in English and [language]. [Add additional qualifications (e.g., basis for fluency, years of study in that language)].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certify that I have accurately translated the attached document, [name of document], from [language] to English.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Location: [City, State]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[number] day of [month]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Republic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