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that No Claim of Lien Filed after Demand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AFFIDAVIT THAT NO CLAIM OF LIEN FILED AFTER DEMAND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Georgia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County of [county]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Before me, the undersigned officer, personally appeared [name of person who sent the demand for filing of claim of lien], who, after being duly sworn, deposes and says on oath that: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On [date of preliminary notice of lien rights]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Preliminary Notice of Lien Rights was filed by [name of lien claimant] on the property of [name of owner], which Preliminary Notice was recorded in Book [book number], Page [page number] Records, [county of recording] County, Georgia;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 on [date that demand for filing claim of lien was sent] Affiant sent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Demand for Filing Claim of Lien in the form provided in O.C.G.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 § 44-14-361.4 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[specify subparagraph (3) (residential property) or (4) (nonresidential property)] by registered or certified mail; and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That no Claim of Lien was filed within ten (10) days of the mailing of such demand as required by statute.</w:t>
      </w:r>
    </w:p>
    <w:p>
      <w:pPr>
        <w:keepNext w:val="0"/>
        <w:spacing w:before="120" w:after="0" w:line="260" w:lineRule="exact"/>
        <w:ind w:left="36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Further Affiant sayeth not.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and Subscribed in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Presence Of: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Witness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