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Affirmation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SUPREME COURT OF THE STATE OF NEW YORK 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[County name]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[Your name],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attorney duly licensed to practice law in the State of New York, hereby affirms the following to be true under penalties of perjury: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am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[position] with the law firm of [firm name], attorneys of record for [party name] in this action. I am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member in good standing of the bar of the State of New York.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make this affirmation in support of [party name's] motion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pursuant to 22 NYCRR § 520.11(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)(1) granting the admission pro hac vice of [out-of-state attorney name], permitting [him or her] to appear on behalf of [party name] before the Supreme Court of the State of New York, County of [county name], for all purposes in this pending litigation, including all motions and discovery, oral argument, and the trial or hearing of this matter.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[Out-of-state attorney name]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[position] with the law firm of [firm name], [street address], [city], [state] [zip code]. Upon information and belief, [out-of-state attorney name]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member in good standing of the bar of the State of [state name].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During [his or her] participation and representation in this matter, [out-of-state attorney name] will be associated with me as attorney of record for [party name].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it is respectfully requested that this Court grant the within motion for pro hac vice admission of [out-of-state attorney name], and permit [him or her] to appear on behalf of [party name] before the Supreme Court of the State of New York, County of [county name], for all purposes in this pending litigation.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Dated: [city and state where signed] 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 signed]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city, state, and zip code]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[your business email address]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