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Affirmation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we have executed this certificate and affirm the truth of the statements therein set forth under penalty of perjury on the [day] day of [month and year].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