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Agency-General Contractor and Subcontractor Contract</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Contract Between Agency-General Contractor and Subcontractor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Contract Between Agency-General Contractor and Subcontractor (“Agreement”) is made on [date] (the “Effective Date”), between [name of agency] ("Agency"),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place of business at [address], and [name of subcontractor] ("Subcontractor"),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place of business at [address]; Agency and Subcontractor are collectively referred to as the “Parties”.</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CONTRACT.</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will become effective on the Effective Date and will continue in effect [until the services provided for in this Agreement have been performed or until terminated as provided in this Agreement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(insert number of months or years)] unless terminated earlier pursuant to the terms of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 TO BE PERFORMED BY SUBCONTRACTOR.</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Specific Services.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Subcontractor agrees to [describe in detail the services to be performed] [add if applicable: for (name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Method of Performing Services.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Subcontractor will determine the method, details, and means of performing the above-described services.</w:t>
      </w:r>
    </w:p>
    <w:p>
      <w:pPr>
        <w:keepNext w:val="0"/>
        <w:spacing w:before="120" w:after="0" w:line="260" w:lineRule="exact"/>
        <w:ind w:left="72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Status of Subcontractor.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Subcontractor enters into this Agreement, and will remain throughout the term of the Agreement,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Subcontractor agrees that [he/she] is not and will not become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partner, agent, or principal of Agency while this Agreement is in effect. Subcontractor agrees [he/she] is not entitled to the rights or benefits afforded to Agency's employees, including disability or unemployment insurance, workers' compensation, medical insurance, sick leave, or any other employment benefit. Subcontractor is responsible for providing, at [his/her] own expense, disability, unemployment, and other insurance, workers' compensation, training, permits, and licenses for [himself/herself] and for [his/her] employees and subcontractors.</w:t>
      </w:r>
    </w:p>
    <w:p>
      <w:pPr>
        <w:keepNext w:val="0"/>
        <w:spacing w:before="120" w:after="0" w:line="260" w:lineRule="exact"/>
        <w:ind w:left="72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Income Taxes.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Subcontractor is responsible for paying when due all income taxes, including estimated taxes, incurred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compensation paid by Agency to Subcontractor for services under this Agreement. On request, Subcontractor will provide Agency with proof of timely payment. Subcontractor agrees to indemnify Agency for any claims, costs, losses, fees, penalties, interest, or damages suffered by Agency resulting from Subcontractor's failure to comply with this provision.</w:t>
      </w:r>
    </w:p>
    <w:p>
      <w:pPr>
        <w:keepNext w:val="0"/>
        <w:spacing w:before="120" w:after="0" w:line="260" w:lineRule="exact"/>
        <w:ind w:left="72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Employees or Subcontractors.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Subcontractor may, at Subcontractor's own expense, use any employees or sub-subcontractors as Subcontractor deems necessary to perform the services required of Subcontractor by this Agreement. Agency may not control, direct, or supervise Subcontractor's employees or sub-subcontractors in the performance of those services.</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p>
    <w:p>
      <w:pPr>
        <w:keepNext w:val="0"/>
        <w:spacing w:before="120" w:after="0" w:line="260" w:lineRule="exact"/>
        <w:ind w:left="72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Flat Rate.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consideration for the services to be performed by Subcontractor, Agency agrees to pay Subcontractor $ [amount].</w:t>
      </w:r>
    </w:p>
    <w:p>
      <w:pPr>
        <w:keepNext w:val="0"/>
        <w:spacing w:before="120" w:after="0" w:line="260" w:lineRule="exact"/>
        <w:ind w:left="72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Date for Payment of Compensation.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services rendered under this Agreement, Agency agrees to pay Subcontractor the sum set forth in Paragraph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of this Agreement [applicable time for payments, e.g., on completion of work, at the rate of $15,000 per month, payable on the first day of each month, until the entire sum has been paid, or $ [amount] on the commencement of this Agreement and the balance in monthly installments of $[amount], payable on the first day of each month].</w:t>
      </w:r>
    </w:p>
    <w:p>
      <w:pPr>
        <w:keepNext w:val="0"/>
        <w:spacing w:before="120" w:after="0" w:line="260" w:lineRule="exact"/>
        <w:ind w:left="72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Expenses.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Subcontractor will be responsible for all expenses incurred in performing services under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OF SUBCONTRACTOR.</w:t>
      </w:r>
    </w:p>
    <w:p>
      <w:pPr>
        <w:keepNext w:val="0"/>
        <w:spacing w:before="120" w:after="0" w:line="260" w:lineRule="exact"/>
        <w:ind w:left="72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Minimum Amount of Service.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Subcontractor agrees to devote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of [number] hours per month to performing the above-described services.</w:t>
      </w:r>
    </w:p>
    <w:p>
      <w:pPr>
        <w:keepNext w:val="0"/>
        <w:spacing w:before="120" w:after="0" w:line="260" w:lineRule="exact"/>
        <w:ind w:left="72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Non-Exclusive Relationship.</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Subcontractor may represent, perform services for, and contract with as many additional agencies, clients, persons, or companies as Subcontractor, in [his or her] sole discretion, sees fit.</w:t>
      </w:r>
    </w:p>
    <w:p>
      <w:pPr>
        <w:keepNext w:val="0"/>
        <w:spacing w:before="120" w:after="0" w:line="260" w:lineRule="exact"/>
        <w:ind w:left="72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and Place of Performing Work.</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Subcontractor may perform the services under this Agreement at any suitable time and location [he/she] chooses.</w:t>
      </w:r>
    </w:p>
    <w:p>
      <w:pPr>
        <w:keepNext w:val="0"/>
        <w:spacing w:before="120" w:after="0" w:line="260" w:lineRule="exact"/>
        <w:ind w:left="72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Tools, Materials, and Equipment.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Subcontractor will supply all tools, materials, and equipment required to perform the services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Workers' Compensation.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Subcontractor agrees to provide workers' compensation insurance for Subcontractor's employees and agents and agrees to hold harmless and indemnify Agency for any and all claims arising out of any injury, disability, or death of any of Subcontractor's employees or agents.</w:t>
      </w:r>
    </w:p>
    <w:p>
      <w:pPr>
        <w:keepNext w:val="0"/>
        <w:spacing w:before="120" w:after="0" w:line="260" w:lineRule="exact"/>
        <w:ind w:left="72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Insurance.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Subcontractor agrees to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of insurance in the minimum amount of $ [amount] to cover any negligent acts or omissions committed by Subcontractor or Subcontractor's employees or agents during the performance of any duties under this Agreement. Subcontractor further agrees to indemnify and hold Agency free and harmless from any and all claims arising from any negligent act or omission of the Subcontractor or its employees or agents.</w:t>
      </w:r>
    </w:p>
    <w:p>
      <w:pPr>
        <w:keepNext w:val="0"/>
        <w:spacing w:before="120" w:after="0" w:line="260" w:lineRule="exact"/>
        <w:ind w:left="720" w:right="0" w:firstLine="0"/>
        <w:jc w:val="left"/>
      </w:pPr>
      <w:r>
        <w:rPr>
          <w:rFonts w:ascii="Times New Roman" w:hAnsi="Times New Roman" w:eastAsia="Times New Roman" w:cs="Times New Roman"/>
          <w:b w:val="0"/>
          <w:sz w:val="24"/>
        </w:rPr>
        <w:t>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Subcontractor's Qualifications.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Subcontractor represents that [he/she] has the qualifications and skills necessary to perform the services under this Agreement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competent, professional and workmanlike manner, without the advice or direction of Agency. This means Subcontractor is able to fulfill the requirements of this Agreement. Failure to perform all the services required under this Agreement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the Agreement. Subcontractor has complete and sole discretion for the manner in which the work under this Agreement will be performed.</w:t>
      </w:r>
    </w:p>
    <w:p>
      <w:pPr>
        <w:keepNext w:val="0"/>
        <w:spacing w:before="120" w:after="0" w:line="260" w:lineRule="exact"/>
        <w:ind w:left="720" w:right="0" w:firstLine="0"/>
        <w:jc w:val="left"/>
      </w:pPr>
      <w:r>
        <w:rPr>
          <w:rFonts w:ascii="Times New Roman" w:hAnsi="Times New Roman" w:eastAsia="Times New Roman" w:cs="Times New Roman"/>
          <w:b w:val="0"/>
          <w:sz w:val="24"/>
        </w:rPr>
        <w:t>4.8.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Subcontractor, at [his/her] own expense agrees to indemnify, defend, and hold Agency and its officers, directors, employees and agents free and harmless from all claims, demands, losses, costs, expenses, obligations, liabilities, damages, recoveries, and deficiencies, including interest, penalties, attorneys' fees, and costs that Agency may incur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Subcontractor of any representation or agreement contained in this Agreement or in connection with any act or omission of Subcontractor in connection with the provisions of the services hereunder.</w:t>
      </w:r>
    </w:p>
    <w:p>
      <w:pPr>
        <w:keepNext w:val="0"/>
        <w:spacing w:before="120" w:after="0" w:line="260" w:lineRule="exact"/>
        <w:ind w:left="720" w:right="0" w:firstLine="0"/>
        <w:jc w:val="left"/>
      </w:pPr>
      <w:r>
        <w:rPr>
          <w:rFonts w:ascii="Times New Roman" w:hAnsi="Times New Roman" w:eastAsia="Times New Roman" w:cs="Times New Roman"/>
          <w:b w:val="0"/>
          <w:sz w:val="24"/>
        </w:rPr>
        <w:t>4.9.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Neither this Agreement nor any duties or obligations under this Agreement may be assigned by Subcontractor without the prior written consent of Agency.</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OF AGENCY.</w:t>
      </w:r>
    </w:p>
    <w:p>
      <w:pPr>
        <w:keepNext w:val="0"/>
        <w:spacing w:before="120" w:after="0" w:line="260" w:lineRule="exact"/>
        <w:ind w:left="72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Cooperation of Agency.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Agency agrees to comply with all reasonable requests of Subcontractor necessary to the performance of Subcontractor's duties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Procurement of Contracts.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Agency agrees to exert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procure contracts for Subcontractor [describe type of work subcontractor seeks, e.g., involving bricklaying work] and capable of being performed by Subcontractor.</w:t>
      </w:r>
    </w:p>
    <w:p>
      <w:pPr>
        <w:keepNext w:val="0"/>
        <w:spacing w:before="120" w:after="0" w:line="260" w:lineRule="exact"/>
        <w:ind w:left="72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Neither this Agreement nor any duties or obligations under this Agreement may be assigned by Agency without the prior written consent of Subcontractor, with the exception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of Agency or if carried out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restructuring, or reorganization,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or transfer of all or substantially all of Agency’s assets.</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AGREEMENT.</w:t>
      </w:r>
    </w:p>
    <w:p>
      <w:pPr>
        <w:keepNext w:val="0"/>
        <w:spacing w:before="120" w:after="0" w:line="260" w:lineRule="exact"/>
        <w:ind w:left="72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Expiration of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Unless otherwise terminated as provided in this Agreement, this Agreement will continue in effect [specify length corresponding with that set forth in Paragraph 1.01, e.g.,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(specify months or years) or until the services provided for in this Agreement have been fully and completely performed] and shall then terminate unless renewed in writing by both Parties.</w:t>
      </w:r>
    </w:p>
    <w:p>
      <w:pPr>
        <w:keepNext w:val="0"/>
        <w:spacing w:before="120" w:after="0" w:line="260" w:lineRule="exact"/>
        <w:ind w:left="72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on Occurrence of Stated Events.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will terminate automatically on the occurrence of any of the following events: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Bankruptcy or insolvency of either party.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Sale of the business of either party.</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Death of either party.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[Specify other event on which the Agreement will terminate, e.g., Assignment by either party in violation of the terms of the Agreement].</w:t>
      </w:r>
    </w:p>
    <w:p>
      <w:pPr>
        <w:keepNext w:val="0"/>
        <w:spacing w:before="120" w:after="0" w:line="260" w:lineRule="exact"/>
        <w:ind w:left="72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Default.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either party defaults in the performance of this Agreement or materially breaches any of its provisions, the non-breaching party may terminate this Agreement by giving written notification to the breaching party. Termination will take effect immediately on receipt of notice by the breaching party or five days after mailing of notice, whichever occurs first. For the purposes of this paragraph, material breach of this Agreement includes, but is not limited to,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Agency's failure to pay Subcontractor any compensation due within 30 days after written demand for payment.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Subcontractor's failure to complete the services specified in [Paragraph 2.01, above or the Description of Services].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Subcontractor's material breach of any representation or Agreement contained in Paragraph </w:t>
      </w:r>
      <w:r>
        <w:rPr>
          <w:rFonts w:ascii="Times New Roman" w:hAnsi="Times New Roman" w:eastAsia="Times New Roman" w:cs="Times New Roman"/>
          <w:b w:val="0"/>
          <w:sz w:val="24"/>
        </w:rPr>
        <w:t>4.7.</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Agency's material breach of any representation or agreement contained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[Specify other situation constituting material breach].</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p>
    <w:p>
      <w:pPr>
        <w:keepNext w:val="0"/>
        <w:spacing w:before="120" w:after="0" w:line="260" w:lineRule="exact"/>
        <w:ind w:left="72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notices required to be given under this Agreement by either party to the other shall be in writing and shall be transmitted either by (i) registered mail, (ii) certified mail, return receipt requested, or (iii) overnight mail, addressed to the party to be notified at the following address or to such other address (or person) as such party shall specify by like notice hereunder:</w:t>
      </w:r>
    </w:p>
    <w:p>
      <w:pPr>
        <w:keepNext w:val="0"/>
        <w:spacing w:before="120" w:after="0" w:line="260" w:lineRule="exact"/>
        <w:ind w:left="72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of the Parties Modifications.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supersedes any and all agreements, either oral or written, between the Parties with respect to the rendering of services by Subcontractor for Agency and contains all of the representations, covenants, and agreements between the Parties with respect to the rendering of those services. Each party to this Agreement acknowledges that no representations, inducements, promises, or agreements, orally or otherwise, have been made by any party, or anyone acting on behalf of any party, which are not contained in this Agreement, and that no other agreement, statement, or promise not contained in this Agreement will be valid or binding. Any modification of this Agreement will be effective only if it is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party to be charged.</w:t>
      </w:r>
    </w:p>
    <w:p>
      <w:pPr>
        <w:keepNext w:val="0"/>
        <w:spacing w:before="120" w:after="0" w:line="260" w:lineRule="exact"/>
        <w:ind w:left="72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Partial Invalidity.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Agreement is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invalid, void, or unenforceable, the remaining provisions will continue in full force and effect without being impaired or invalidated in any way.</w:t>
      </w:r>
    </w:p>
    <w:p>
      <w:pPr>
        <w:keepNext w:val="0"/>
        <w:spacing w:before="120" w:after="0" w:line="260" w:lineRule="exact"/>
        <w:ind w:left="72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Moneys Due Deceased Subcontractor.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Subcontractor dies before completing the services under this Agreement, any moneys due Subcontractor from Agency under this Agreement as of the date of death will be paid to the Subcontractor's executors, administrators, heirs, personal representatives, successors, and assigns.</w:t>
      </w:r>
    </w:p>
    <w:p>
      <w:pPr>
        <w:keepNext w:val="0"/>
        <w:spacing w:before="120" w:after="0" w:line="260" w:lineRule="exact"/>
        <w:ind w:left="72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dispute, controversy or claim between the Parties arising out of or related in any way to this Agreement which cannot be amicably resolved by the Parties shall be solely and finally settled by arbitration administered by the [American Arbitration Association] in accordance with its commercial arbitration rules. Judgment on the award rendered by the arbitrators(s) may be entered in any court having jurisdiction thereof. The arbitration shall take place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panel of [three (3)] arbitrators sitting in [state, (specify county)]. The language of the arbitration shall be English. The arbitrators will be bound to adjudicate all disputes in accordance with the laws of the State of [state]. The decision of the arbitrators shall be in writing with written findings of fact and shall be final and binding on the Parties. Each party shall bear its own costs relating to the arbitration proceedings irrespective of its outcome. This section provides the sole recourse for the settlement of any disputes arising out of, in connection with, or related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will be governed by and construed in accordance with the laws of the State of [insert state] without regard to its conflicts of laws principles.</w:t>
      </w:r>
    </w:p>
    <w:p>
      <w:pPr>
        <w:keepNext w:val="0"/>
        <w:spacing w:before="120" w:after="0" w:line="260" w:lineRule="exact"/>
        <w:ind w:left="72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Rights Cumulative.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 The rights and remedies of the Parties herein provided shall be cumulative and not exclusive of any rights or remedies provided by law or equity.</w:t>
      </w:r>
    </w:p>
    <w:p>
      <w:pPr>
        <w:keepNext w:val="0"/>
        <w:spacing w:before="120" w:after="0" w:line="260" w:lineRule="exact"/>
        <w:ind w:left="720" w:right="0" w:firstLine="0"/>
        <w:jc w:val="left"/>
      </w:pPr>
      <w:r>
        <w:rPr>
          <w:rFonts w:ascii="Times New Roman" w:hAnsi="Times New Roman" w:eastAsia="Times New Roman" w:cs="Times New Roman"/>
          <w:b w:val="0"/>
          <w:sz w:val="24"/>
        </w:rPr>
        <w:t>7.8.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may be executed by facsimile and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AGENCY</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By 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SUBCONTRACTOR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