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Agreement to Assign Inventions to Employer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AGREEMENT made [date], in consideration of the employment of [employee name] by the [employer’s name]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I, [employee’s name], in consideration of my employment by the Corporation, agree to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Patent department to be kept informed.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From this date and until I leave the Corporation’s employ, I shall keep the patent department of the Corporation informed of any inventions made by me, in whole or in part, alone or with others, which result from any work I may do for, and at the request of, the Corporation or affiliated companies (the “Inventions”). Affiliated companies shall mean companies with which joint enterprises are carried on by the Corporation or in which the Corporation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interest.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 in obtaining patents for new inventions.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expense of the Corporation, I shall assist the Corporation or its designees to obtain patents, in any country of the world, for any Inventions.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of inventions.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Inventions shall be the property of the Corporation, or its designees, whether patented or not, and I shall, without charge to the Corporation, assign to the Corporation all my right, title, and interest in such Inventions, and execute such instruments as may be required to effect the foregoing.</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of confidential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shall not at any time, except as required in the conduct of the business of the Corporation or except as authorized in writing by the Corporation, disclose any secret or confidential information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