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ALABAMA 2-DAY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Alabama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2-DAY 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