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UNITED STATES DISTRICT COURT</w:t>
      </w:r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FOR THE </w:t>
      </w:r>
      <w:r>
        <w:rPr>
          <w:rFonts w:ascii="Times New Roman" w:hAnsi="Times New Roman" w:eastAsia="Times New Roman" w:cs="Times New Roman"/>
          <w:b/>
          <w:sz w:val="24"/>
        </w:rPr>
        <w:t>[DISTRICT]</w:t>
      </w:r>
      <w:r>
        <w:rPr>
          <w:rFonts w:ascii="Times New Roman" w:hAnsi="Times New Roman" w:eastAsia="Times New Roman" w:cs="Times New Roman"/>
          <w:b/>
          <w:sz w:val="24"/>
        </w:rPr>
        <w:t xml:space="preserve"> DISTRICT OF ALABAMA</w:t>
      </w:r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[DIVISION]</w:t>
      </w:r>
      <w:r>
        <w:rPr>
          <w:rFonts w:ascii="Times New Roman" w:hAnsi="Times New Roman" w:eastAsia="Times New Roman" w:cs="Times New Roman"/>
          <w:b/>
          <w:sz w:val="24"/>
        </w:rPr>
        <w:t xml:space="preserve"> DIVISION</w:t>
      </w:r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CERTIFICATE OF SERVICE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[SERVER'S NAME]</w:t>
      </w:r>
      <w:r>
        <w:rPr>
          <w:rFonts w:ascii="Times New Roman" w:hAnsi="Times New Roman" w:eastAsia="Times New Roman" w:cs="Times New Roman"/>
          <w:sz w:val="24"/>
        </w:rPr>
        <w:t xml:space="preserve">, do hereby certify that a true and correct copy of the foregoing has been furnished by </w:t>
      </w:r>
      <w:r>
        <w:rPr>
          <w:rFonts w:ascii="Times New Roman" w:hAnsi="Times New Roman" w:eastAsia="Times New Roman" w:cs="Times New Roman"/>
          <w:sz w:val="24"/>
        </w:rPr>
        <w:t>[METHOD OF SERVICE]</w:t>
      </w:r>
      <w:r>
        <w:rPr>
          <w:rFonts w:ascii="Times New Roman" w:hAnsi="Times New Roman" w:eastAsia="Times New Roman" w:cs="Times New Roman"/>
          <w:sz w:val="24"/>
        </w:rPr>
        <w:t xml:space="preserve"> (manner of service, i.e., U.S. Mail, electronic mail, etc.) on this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, to:</w:t>
      </w:r>
    </w:p>
    <w:p>
      <w:pPr/>
    </w:p>
    <w:p>
      <w:pPr>
        <w:jc w:val="center"/>
      </w:pPr>
      <w:r>
        <w:rPr>
          <w:rFonts w:ascii="Times New Roman" w:hAnsi="Times New Roman" w:eastAsia="Times New Roman" w:cs="Times New Roman"/>
          <w:sz w:val="24"/>
        </w:rPr>
        <w:t>[PERSON BEING SERVED]</w:t>
      </w:r>
    </w:p>
    <w:p>
      <w:pPr>
        <w:jc w:val="center"/>
      </w:pPr>
      <w:r>
        <w:rPr>
          <w:rFonts w:ascii="Times New Roman" w:hAnsi="Times New Roman" w:eastAsia="Times New Roman" w:cs="Times New Roman"/>
          <w:sz w:val="24"/>
        </w:rPr>
        <w:t>[STREET ADDRESS]</w:t>
      </w:r>
    </w:p>
    <w:p>
      <w:pPr>
        <w:jc w:val="center"/>
      </w:pPr>
      <w:r>
        <w:rPr>
          <w:rFonts w:ascii="Times New Roman" w:hAnsi="Times New Roman" w:eastAsia="Times New Roman" w:cs="Times New Roman"/>
          <w:sz w:val="24"/>
        </w:rPr>
        <w:t>[CITY, STATE]</w:t>
      </w:r>
    </w:p>
    <w:p>
      <w:pPr>
        <w:jc w:val="center"/>
      </w:pPr>
      <w:r>
        <w:rPr>
          <w:rFonts w:ascii="Times New Roman" w:hAnsi="Times New Roman" w:eastAsia="Times New Roman" w:cs="Times New Roman"/>
          <w:sz w:val="24"/>
        </w:rPr>
        <w:t>[ZIP CODE]</w:t>
      </w:r>
    </w:p>
    <w:p>
      <w:pPr>
        <w:jc w:val="center"/>
      </w:pP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____________________</w:t>
        <w:tab/>
        <w:tab/>
        <w:tab/>
      </w:r>
      <w:r>
        <w:rPr>
          <w:rFonts w:ascii="Times New Roman" w:hAnsi="Times New Roman" w:eastAsia="Times New Roman" w:cs="Times New Roman"/>
          <w:sz w:val="24"/>
        </w:rPr>
        <w:t>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Date</w:t>
        <w:tab/>
        <w:tab/>
        <w:tab/>
        <w:tab/>
        <w:tab/>
        <w:tab/>
        <w:t>Signature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