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ALABAMA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Alabama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