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7" w:after="0" w:line="602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TRUCT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G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TTOR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Y</w:t>
      </w:r>
    </w:p>
    <w:p>
      <w:pPr>
        <w:spacing w:line="391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{</w:t>
      </w:r>
      <w:r>
        <w:rPr>
          <w:rFonts w:ascii="Times New Roman" w:hAnsi="Times New Roman" w:eastAsia="Times New Roman" w:cs="Times New Roman"/>
          <w:sz w:val="24"/>
        </w:rPr>
        <w:t>Deleg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ti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}</w:t>
      </w:r>
    </w:p>
    <w:p>
      <w:pPr>
        <w:spacing w:before="4" w:after="0" w:line="170" w:lineRule="exact"/>
      </w:pPr>
    </w:p>
    <w:p>
      <w:pPr>
        <w:spacing w:line="200" w:lineRule="exact"/>
      </w:pPr>
    </w:p>
    <w:p>
      <w:pPr>
        <w:spacing w:line="200" w:lineRule="exact"/>
      </w:pPr>
    </w:p>
    <w:p>
      <w:pPr>
        <w:spacing w:line="235" w:lineRule="auto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Pur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∋</w:t>
      </w:r>
      <w:r>
        <w:rPr>
          <w:rFonts w:ascii="Times New Roman" w:hAnsi="Times New Roman" w:eastAsia="Times New Roman" w:cs="Times New Roman"/>
          <w:sz w:val="24"/>
        </w:rPr>
        <w:t>26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>2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>7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</w:t>
      </w:r>
      <w:r>
        <w:rPr>
          <w:rFonts w:ascii="Times New Roman" w:hAnsi="Times New Roman" w:eastAsia="Times New Roman" w:cs="Times New Roman"/>
          <w:sz w:val="24"/>
        </w:rPr>
        <w:t>aba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1975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hing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se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o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ot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ir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po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mu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ne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es</w:t>
      </w:r>
      <w:r>
        <w:rPr>
          <w:rFonts w:ascii="Times New Roman" w:hAnsi="Times New Roman" w:eastAsia="Times New Roman" w:cs="Times New Roman"/>
          <w:sz w:val="24"/>
        </w:rPr>
        <w:t>e 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rms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ve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he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>cum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in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he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ffice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 Pr</w:t>
      </w:r>
      <w:r>
        <w:rPr>
          <w:rFonts w:ascii="Times New Roman" w:hAnsi="Times New Roman" w:eastAsia="Times New Roman" w:cs="Times New Roman"/>
          <w:sz w:val="24"/>
        </w:rPr>
        <w:t>obat</w:t>
      </w:r>
      <w:r>
        <w:rPr>
          <w:rFonts w:ascii="Times New Roman" w:hAnsi="Times New Roman" w:eastAsia="Times New Roman" w:cs="Times New Roman"/>
          <w:sz w:val="24"/>
        </w:rPr>
        <w:t xml:space="preserve">e </w:t>
      </w:r>
      <w:r>
        <w:rPr>
          <w:rFonts w:ascii="Times New Roman" w:hAnsi="Times New Roman" w:eastAsia="Times New Roman" w:cs="Times New Roman"/>
          <w:sz w:val="24"/>
        </w:rPr>
        <w:t>J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dg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3" w:after="0" w:line="180" w:lineRule="exact"/>
      </w:pPr>
    </w:p>
    <w:p>
      <w:pPr>
        <w:spacing w:line="200" w:lineRule="exact"/>
      </w:pPr>
    </w:p>
    <w:p>
      <w:pPr>
        <w:spacing w:line="200" w:lineRule="exact"/>
      </w:pPr>
    </w:p>
    <w:p>
      <w:pPr>
        <w:spacing w:line="237" w:lineRule="auto"/>
        <w:ind w:hanging="720"/>
        <w:jc w:val="both"/>
      </w:pPr>
      <w:r>
        <w:rPr>
          <w:rFonts w:ascii="Times New Roman" w:hAnsi="Times New Roman" w:eastAsia="Times New Roman" w:cs="Times New Roman"/>
          <w:sz w:val="24"/>
        </w:rPr>
        <w:t>#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tto</w:t>
      </w:r>
      <w:r>
        <w:rPr>
          <w:rFonts w:ascii="Times New Roman" w:hAnsi="Times New Roman" w:eastAsia="Times New Roman" w:cs="Times New Roman"/>
          <w:sz w:val="24"/>
        </w:rPr>
        <w:t>rn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{D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gat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t(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>}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r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he </w:t>
      </w:r>
      <w:r>
        <w:rPr>
          <w:rFonts w:ascii="Times New Roman" w:hAnsi="Times New Roman" w:eastAsia="Times New Roman" w:cs="Times New Roman"/>
          <w:sz w:val="24"/>
        </w:rPr>
        <w:t>pa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t(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t(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vi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, wh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iv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rmi</w:t>
      </w:r>
      <w:r>
        <w:rPr>
          <w:rFonts w:ascii="Times New Roman" w:hAnsi="Times New Roman" w:eastAsia="Times New Roman" w:cs="Times New Roman"/>
          <w:sz w:val="24"/>
        </w:rPr>
        <w:t>ss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n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se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ic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rmi</w:t>
      </w:r>
      <w:r>
        <w:rPr>
          <w:rFonts w:ascii="Times New Roman" w:hAnsi="Times New Roman" w:eastAsia="Times New Roman" w:cs="Times New Roman"/>
          <w:sz w:val="24"/>
        </w:rPr>
        <w:t>ss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</w:t>
      </w:r>
      <w:r>
        <w:rPr>
          <w:rFonts w:ascii="Times New Roman" w:hAnsi="Times New Roman" w:eastAsia="Times New Roman" w:cs="Times New Roman"/>
          <w:sz w:val="24"/>
        </w:rPr>
        <w:t>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ri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.) T</w:t>
      </w:r>
      <w:r>
        <w:rPr>
          <w:rFonts w:ascii="Times New Roman" w:hAnsi="Times New Roman" w:eastAsia="Times New Roman" w:cs="Times New Roman"/>
          <w:sz w:val="24"/>
        </w:rPr>
        <w:t>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li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t(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ob</w:t>
      </w:r>
      <w:r>
        <w:rPr>
          <w:rFonts w:ascii="Times New Roman" w:hAnsi="Times New Roman" w:eastAsia="Times New Roman" w:cs="Times New Roman"/>
          <w:sz w:val="24"/>
        </w:rPr>
        <w:t>li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hil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3" w:after="0" w:line="100" w:lineRule="exact"/>
      </w:pPr>
    </w:p>
    <w:p>
      <w:pPr>
        <w:spacing w:line="200" w:lineRule="exact"/>
      </w:pPr>
    </w:p>
    <w:p>
      <w:pPr>
        <w:spacing w:line="228" w:lineRule="auto"/>
        <w:ind w:hanging="720"/>
        <w:jc w:val="both"/>
      </w:pPr>
      <w:r>
        <w:rPr>
          <w:rFonts w:ascii="Times New Roman" w:hAnsi="Times New Roman" w:eastAsia="Times New Roman" w:cs="Times New Roman"/>
          <w:sz w:val="24"/>
        </w:rPr>
        <w:t>#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t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ota</w:t>
      </w:r>
      <w:r>
        <w:rPr>
          <w:rFonts w:ascii="Times New Roman" w:hAnsi="Times New Roman" w:eastAsia="Times New Roman" w:cs="Times New Roman"/>
          <w:sz w:val="24"/>
        </w:rPr>
        <w:t>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lic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he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ffice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he </w:t>
      </w:r>
      <w:r>
        <w:rPr>
          <w:rFonts w:ascii="Times New Roman" w:hAnsi="Times New Roman" w:eastAsia="Times New Roman" w:cs="Times New Roman"/>
          <w:sz w:val="24"/>
        </w:rPr>
        <w:t>J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dg</w:t>
      </w:r>
      <w:r>
        <w:rPr>
          <w:rFonts w:ascii="Times New Roman" w:hAnsi="Times New Roman" w:eastAsia="Times New Roman" w:cs="Times New Roman"/>
          <w:sz w:val="24"/>
        </w:rPr>
        <w:t xml:space="preserve">e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 Pr</w:t>
      </w:r>
      <w:r>
        <w:rPr>
          <w:rFonts w:ascii="Times New Roman" w:hAnsi="Times New Roman" w:eastAsia="Times New Roman" w:cs="Times New Roman"/>
          <w:sz w:val="24"/>
        </w:rPr>
        <w:t>obat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. 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ff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e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ss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 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o</w:t>
      </w:r>
      <w:r>
        <w:rPr>
          <w:rFonts w:ascii="Times New Roman" w:hAnsi="Times New Roman" w:eastAsia="Times New Roman" w:cs="Times New Roman"/>
          <w:sz w:val="24"/>
        </w:rPr>
        <w:t>f 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ing</w:t>
      </w:r>
      <w:r>
        <w:rPr>
          <w:rFonts w:ascii="Times New Roman" w:hAnsi="Times New Roman" w:eastAsia="Times New Roman" w:cs="Times New Roman"/>
          <w:sz w:val="24"/>
        </w:rPr>
        <w:t xml:space="preserve"> t</w:t>
      </w:r>
      <w:r>
        <w:rPr>
          <w:rFonts w:ascii="Times New Roman" w:hAnsi="Times New Roman" w:eastAsia="Times New Roman" w:cs="Times New Roman"/>
          <w:sz w:val="24"/>
        </w:rPr>
        <w:t xml:space="preserve">his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>cum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is </w:t>
      </w:r>
      <w:r>
        <w:rPr>
          <w:rFonts w:ascii="Times New Roman" w:hAnsi="Times New Roman" w:eastAsia="Times New Roman" w:cs="Times New Roman"/>
          <w:sz w:val="24"/>
        </w:rPr>
        <w:t>$10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sz w:val="24"/>
        </w:rPr>
        <w:t>50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3" w:after="0" w:line="260" w:lineRule="exact"/>
      </w:pPr>
    </w:p>
    <w:p>
      <w:pPr>
        <w:spacing w:before="21" w:after="0" w:line="235" w:lineRule="auto"/>
        <w:ind w:hanging="720"/>
        <w:jc w:val="both"/>
      </w:pPr>
      <w:r>
        <w:rPr>
          <w:rFonts w:ascii="Times New Roman" w:hAnsi="Times New Roman" w:eastAsia="Times New Roman" w:cs="Times New Roman"/>
          <w:sz w:val="24"/>
        </w:rPr>
        <w:t>#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rms 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ly,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is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he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gg</w:t>
      </w:r>
      <w:r>
        <w:rPr>
          <w:rFonts w:ascii="Times New Roman" w:hAnsi="Times New Roman" w:eastAsia="Times New Roman" w:cs="Times New Roman"/>
          <w:sz w:val="24"/>
        </w:rPr>
        <w:t>es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n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his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ffice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see</w:t>
      </w:r>
      <w:r>
        <w:rPr>
          <w:rFonts w:ascii="Times New Roman" w:hAnsi="Times New Roman" w:eastAsia="Times New Roman" w:cs="Times New Roman"/>
          <w:sz w:val="24"/>
        </w:rPr>
        <w:t>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ga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</w:t>
      </w:r>
      <w:r>
        <w:rPr>
          <w:rFonts w:ascii="Times New Roman" w:hAnsi="Times New Roman" w:eastAsia="Times New Roman" w:cs="Times New Roman"/>
          <w:sz w:val="24"/>
        </w:rPr>
        <w:t>vice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he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pa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n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ure i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s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ccur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cy.</w:t>
      </w:r>
    </w:p>
    <w:p>
      <w:pPr>
        <w:spacing w:before="7" w:after="0" w:line="160" w:lineRule="exact"/>
      </w:pPr>
    </w:p>
    <w:p>
      <w:pPr>
        <w:spacing w:line="200" w:lineRule="exact"/>
      </w:pPr>
    </w:p>
    <w:p>
      <w:pPr>
        <w:spacing w:line="200" w:lineRule="exact"/>
      </w:pPr>
    </w:p>
    <w:p>
      <w:pPr>
        <w:spacing w:before="25" w:after="0" w:line="312" w:lineRule="exact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EG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>IO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GOO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</w:t>
      </w:r>
      <w:r>
        <w:rPr>
          <w:rFonts w:ascii="Times New Roman" w:hAnsi="Times New Roman" w:eastAsia="Times New Roman" w:cs="Times New Roman"/>
          <w:sz w:val="24"/>
        </w:rPr>
        <w:t>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RO</w:t>
      </w:r>
      <w:r>
        <w:rPr>
          <w:rFonts w:ascii="Times New Roman" w:hAnsi="Times New Roman" w:eastAsia="Times New Roman" w:cs="Times New Roman"/>
          <w:sz w:val="24"/>
        </w:rPr>
        <w:t xml:space="preserve">M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 </w:t>
      </w:r>
      <w:r>
        <w:rPr>
          <w:rFonts w:ascii="Times New Roman" w:hAnsi="Times New Roman" w:eastAsia="Times New Roman" w:cs="Times New Roman"/>
          <w:sz w:val="24"/>
        </w:rPr>
        <w:t>SIGNING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EG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>IO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ONGE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ERIO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F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IME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RENE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V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 xml:space="preserve">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R.</w:t>
      </w:r>
    </w:p>
    <w:p>
      <w:pPr>
        <w:spacing w:before="2" w:after="0" w:line="110" w:lineRule="exact"/>
      </w:pPr>
    </w:p>
    <w:p>
      <w:pPr>
        <w:spacing w:line="200" w:lineRule="exact"/>
      </w:pPr>
    </w:p>
    <w:p>
      <w:pPr>
        <w:spacing w:line="312" w:lineRule="exact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GGES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D </w:t>
      </w:r>
      <w:r>
        <w:rPr>
          <w:rFonts w:ascii="Times New Roman" w:hAnsi="Times New Roman" w:eastAsia="Times New Roman" w:cs="Times New Roman"/>
          <w:sz w:val="24"/>
        </w:rPr>
        <w:t>YO</w:t>
      </w:r>
      <w:r>
        <w:rPr>
          <w:rFonts w:ascii="Times New Roman" w:hAnsi="Times New Roman" w:eastAsia="Times New Roman" w:cs="Times New Roman"/>
          <w:sz w:val="24"/>
        </w:rPr>
        <w:t xml:space="preserve">U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CK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 xml:space="preserve">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R </w:t>
      </w:r>
      <w:r>
        <w:rPr>
          <w:rFonts w:ascii="Times New Roman" w:hAnsi="Times New Roman" w:eastAsia="Times New Roman" w:cs="Times New Roman"/>
          <w:sz w:val="24"/>
        </w:rPr>
        <w:t>ORG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NIZ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>IO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IRIN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M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RIO</w:t>
      </w:r>
      <w:r>
        <w:rPr>
          <w:rFonts w:ascii="Times New Roman" w:hAnsi="Times New Roman" w:eastAsia="Times New Roman" w:cs="Times New Roman"/>
          <w:sz w:val="24"/>
        </w:rPr>
        <w:t xml:space="preserve">R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OM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S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ORM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TIO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J</w:t>
      </w:r>
      <w:r>
        <w:rPr>
          <w:rFonts w:ascii="Times New Roman" w:hAnsi="Times New Roman" w:eastAsia="Times New Roman" w:cs="Times New Roman"/>
          <w:sz w:val="24"/>
        </w:rPr>
        <w:t>EC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UL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LA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S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, O</w:t>
      </w:r>
      <w:r>
        <w:rPr>
          <w:rFonts w:ascii="Times New Roman" w:hAnsi="Times New Roman" w:eastAsia="Times New Roman" w:cs="Times New Roman"/>
          <w:sz w:val="24"/>
        </w:rPr>
        <w:t>RG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NIZ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>IONS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AL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IE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" w:after="0" w:line="170" w:lineRule="exact"/>
      </w:pPr>
    </w:p>
    <w:p>
      <w:pPr>
        <w:spacing w:line="200" w:lineRule="exact"/>
      </w:pPr>
    </w:p>
    <w:p>
      <w:pPr>
        <w:spacing w:line="200" w:lineRule="exact"/>
      </w:pPr>
    </w:p>
    <w:p>
      <w:pPr>
        <w:ind w:firstLine="3"/>
        <w:jc w:val="center"/>
      </w:pP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d </w:t>
      </w:r>
      <w:r>
        <w:rPr>
          <w:rFonts w:ascii="Times New Roman" w:hAnsi="Times New Roman" w:eastAsia="Times New Roman" w:cs="Times New Roman"/>
          <w:sz w:val="24"/>
        </w:rPr>
        <w:t>Ju</w:t>
      </w:r>
      <w:r>
        <w:rPr>
          <w:rFonts w:ascii="Times New Roman" w:hAnsi="Times New Roman" w:eastAsia="Times New Roman" w:cs="Times New Roman"/>
          <w:sz w:val="24"/>
        </w:rPr>
        <w:t>dg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ba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e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x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223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tg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mer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36101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>0223</w:t>
      </w:r>
    </w:p>
    <w:p>
      <w:pPr/>
    </w:p>
    <w:p>
      <w:pPr>
        <w:spacing w:before="46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</w:t>
      </w:r>
      <w:r>
        <w:rPr>
          <w:rFonts w:ascii="Times New Roman" w:hAnsi="Times New Roman" w:eastAsia="Times New Roman" w:cs="Times New Roman"/>
          <w:b/>
          <w:sz w:val="24"/>
        </w:rPr>
        <w:t>O</w:t>
      </w:r>
      <w:r>
        <w:rPr>
          <w:rFonts w:ascii="Times New Roman" w:hAnsi="Times New Roman" w:eastAsia="Times New Roman" w:cs="Times New Roman"/>
          <w:b/>
          <w:sz w:val="24"/>
        </w:rPr>
        <w:t>WER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</w:t>
      </w:r>
      <w:r>
        <w:rPr>
          <w:rFonts w:ascii="Times New Roman" w:hAnsi="Times New Roman" w:eastAsia="Times New Roman" w:cs="Times New Roman"/>
          <w:b/>
          <w:sz w:val="24"/>
        </w:rPr>
        <w:t>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</w:t>
      </w:r>
      <w:r>
        <w:rPr>
          <w:rFonts w:ascii="Times New Roman" w:hAnsi="Times New Roman" w:eastAsia="Times New Roman" w:cs="Times New Roman"/>
          <w:b/>
          <w:sz w:val="24"/>
        </w:rPr>
        <w:t>O</w:t>
      </w:r>
      <w:r>
        <w:rPr>
          <w:rFonts w:ascii="Times New Roman" w:hAnsi="Times New Roman" w:eastAsia="Times New Roman" w:cs="Times New Roman"/>
          <w:b/>
          <w:sz w:val="24"/>
        </w:rPr>
        <w:t>RNEY</w:t>
      </w:r>
    </w:p>
    <w:p>
      <w:pPr>
        <w:spacing w:before="7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{</w:t>
      </w:r>
      <w:r>
        <w:rPr>
          <w:rFonts w:ascii="Times New Roman" w:hAnsi="Times New Roman" w:eastAsia="Times New Roman" w:cs="Times New Roman"/>
          <w:b/>
          <w:sz w:val="24"/>
        </w:rPr>
        <w:t>D</w:t>
      </w:r>
      <w:r>
        <w:rPr>
          <w:rFonts w:ascii="Times New Roman" w:hAnsi="Times New Roman" w:eastAsia="Times New Roman" w:cs="Times New Roman"/>
          <w:b/>
          <w:sz w:val="24"/>
        </w:rPr>
        <w:t>ELE</w:t>
      </w:r>
      <w:r>
        <w:rPr>
          <w:rFonts w:ascii="Times New Roman" w:hAnsi="Times New Roman" w:eastAsia="Times New Roman" w:cs="Times New Roman"/>
          <w:b/>
          <w:sz w:val="24"/>
        </w:rPr>
        <w:t>G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>T</w:t>
      </w:r>
      <w:r>
        <w:rPr>
          <w:rFonts w:ascii="Times New Roman" w:hAnsi="Times New Roman" w:eastAsia="Times New Roman" w:cs="Times New Roman"/>
          <w:b/>
          <w:sz w:val="24"/>
        </w:rPr>
        <w:t>ION OF</w:t>
      </w:r>
      <w:r>
        <w:rPr>
          <w:rFonts w:ascii="Times New Roman" w:hAnsi="Times New Roman" w:eastAsia="Times New Roman" w:cs="Times New Roman"/>
          <w:b/>
          <w:sz w:val="24"/>
        </w:rPr>
        <w:t xml:space="preserve"> P</w:t>
      </w:r>
      <w:r>
        <w:rPr>
          <w:rFonts w:ascii="Times New Roman" w:hAnsi="Times New Roman" w:eastAsia="Times New Roman" w:cs="Times New Roman"/>
          <w:b/>
          <w:sz w:val="24"/>
        </w:rPr>
        <w:t>OW</w:t>
      </w:r>
      <w:r>
        <w:rPr>
          <w:rFonts w:ascii="Times New Roman" w:hAnsi="Times New Roman" w:eastAsia="Times New Roman" w:cs="Times New Roman"/>
          <w:b/>
          <w:sz w:val="24"/>
        </w:rPr>
        <w:t>E</w:t>
      </w:r>
      <w:r>
        <w:rPr>
          <w:rFonts w:ascii="Times New Roman" w:hAnsi="Times New Roman" w:eastAsia="Times New Roman" w:cs="Times New Roman"/>
          <w:b/>
          <w:sz w:val="24"/>
        </w:rPr>
        <w:t>RS</w:t>
      </w:r>
      <w:r>
        <w:rPr>
          <w:rFonts w:ascii="Times New Roman" w:hAnsi="Times New Roman" w:eastAsia="Times New Roman" w:cs="Times New Roman"/>
          <w:b/>
          <w:sz w:val="24"/>
        </w:rPr>
        <w:t xml:space="preserve"> B</w:t>
      </w:r>
      <w:r>
        <w:rPr>
          <w:rFonts w:ascii="Times New Roman" w:hAnsi="Times New Roman" w:eastAsia="Times New Roman" w:cs="Times New Roman"/>
          <w:b/>
          <w:sz w:val="24"/>
        </w:rPr>
        <w:t xml:space="preserve">Y </w:t>
      </w:r>
      <w:r>
        <w:rPr>
          <w:rFonts w:ascii="Times New Roman" w:hAnsi="Times New Roman" w:eastAsia="Times New Roman" w:cs="Times New Roman"/>
          <w:b/>
          <w:sz w:val="24"/>
        </w:rPr>
        <w:t>P</w:t>
      </w:r>
      <w:r>
        <w:rPr>
          <w:rFonts w:ascii="Times New Roman" w:hAnsi="Times New Roman" w:eastAsia="Times New Roman" w:cs="Times New Roman"/>
          <w:b/>
          <w:sz w:val="24"/>
        </w:rPr>
        <w:t>AR</w:t>
      </w:r>
      <w:r>
        <w:rPr>
          <w:rFonts w:ascii="Times New Roman" w:hAnsi="Times New Roman" w:eastAsia="Times New Roman" w:cs="Times New Roman"/>
          <w:b/>
          <w:sz w:val="24"/>
        </w:rPr>
        <w:t>E</w:t>
      </w:r>
      <w:r>
        <w:rPr>
          <w:rFonts w:ascii="Times New Roman" w:hAnsi="Times New Roman" w:eastAsia="Times New Roman" w:cs="Times New Roman"/>
          <w:b/>
          <w:sz w:val="24"/>
        </w:rPr>
        <w:t>N</w:t>
      </w:r>
      <w:r>
        <w:rPr>
          <w:rFonts w:ascii="Times New Roman" w:hAnsi="Times New Roman" w:eastAsia="Times New Roman" w:cs="Times New Roman"/>
          <w:b/>
          <w:sz w:val="24"/>
        </w:rPr>
        <w:t>TS</w:t>
      </w:r>
      <w:r>
        <w:rPr>
          <w:rFonts w:ascii="Times New Roman" w:hAnsi="Times New Roman" w:eastAsia="Times New Roman" w:cs="Times New Roman"/>
          <w:b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S</w:t>
      </w:r>
      <w:r>
        <w:rPr>
          <w:rFonts w:ascii="Times New Roman" w:hAnsi="Times New Roman" w:eastAsia="Times New Roman" w:cs="Times New Roman"/>
          <w:b/>
          <w:sz w:val="24"/>
        </w:rPr>
        <w:t>)</w:t>
      </w:r>
      <w:r>
        <w:rPr>
          <w:rFonts w:ascii="Times New Roman" w:hAnsi="Times New Roman" w:eastAsia="Times New Roman" w:cs="Times New Roman"/>
          <w:b/>
          <w:sz w:val="24"/>
        </w:rPr>
        <w:t>}</w:t>
      </w:r>
    </w:p>
    <w:p>
      <w:pPr>
        <w:spacing w:line="100" w:lineRule="exact"/>
      </w:pPr>
    </w:p>
    <w:p>
      <w:pPr>
        <w:spacing w:line="200" w:lineRule="exact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>K</w:t>
      </w:r>
      <w:r>
        <w:rPr>
          <w:rFonts w:ascii="Times New Roman" w:hAnsi="Times New Roman" w:eastAsia="Times New Roman" w:cs="Times New Roman"/>
          <w:b/>
          <w:sz w:val="24"/>
        </w:rPr>
        <w:t>NOW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>L</w:t>
      </w:r>
      <w:r>
        <w:rPr>
          <w:rFonts w:ascii="Times New Roman" w:hAnsi="Times New Roman" w:eastAsia="Times New Roman" w:cs="Times New Roman"/>
          <w:b/>
          <w:sz w:val="24"/>
        </w:rPr>
        <w:t>L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</w:t>
      </w:r>
      <w:r>
        <w:rPr>
          <w:rFonts w:ascii="Times New Roman" w:hAnsi="Times New Roman" w:eastAsia="Times New Roman" w:cs="Times New Roman"/>
          <w:b/>
          <w:sz w:val="24"/>
        </w:rPr>
        <w:t>E</w:t>
      </w:r>
      <w:r>
        <w:rPr>
          <w:rFonts w:ascii="Times New Roman" w:hAnsi="Times New Roman" w:eastAsia="Times New Roman" w:cs="Times New Roman"/>
          <w:b/>
          <w:sz w:val="24"/>
        </w:rPr>
        <w:t>N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</w:t>
      </w:r>
      <w:r>
        <w:rPr>
          <w:rFonts w:ascii="Times New Roman" w:hAnsi="Times New Roman" w:eastAsia="Times New Roman" w:cs="Times New Roman"/>
          <w:b/>
          <w:sz w:val="24"/>
        </w:rPr>
        <w:t>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</w:t>
      </w:r>
      <w:r>
        <w:rPr>
          <w:rFonts w:ascii="Times New Roman" w:hAnsi="Times New Roman" w:eastAsia="Times New Roman" w:cs="Times New Roman"/>
          <w:b/>
          <w:sz w:val="24"/>
        </w:rPr>
        <w:t>H</w:t>
      </w:r>
      <w:r>
        <w:rPr>
          <w:rFonts w:ascii="Times New Roman" w:hAnsi="Times New Roman" w:eastAsia="Times New Roman" w:cs="Times New Roman"/>
          <w:b/>
          <w:sz w:val="24"/>
        </w:rPr>
        <w:t>ES</w:t>
      </w:r>
      <w:r>
        <w:rPr>
          <w:rFonts w:ascii="Times New Roman" w:hAnsi="Times New Roman" w:eastAsia="Times New Roman" w:cs="Times New Roman"/>
          <w:b/>
          <w:sz w:val="24"/>
        </w:rPr>
        <w:t>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</w:t>
      </w:r>
      <w:r>
        <w:rPr>
          <w:rFonts w:ascii="Times New Roman" w:hAnsi="Times New Roman" w:eastAsia="Times New Roman" w:cs="Times New Roman"/>
          <w:b/>
          <w:sz w:val="24"/>
        </w:rPr>
        <w:t>R</w:t>
      </w:r>
      <w:r>
        <w:rPr>
          <w:rFonts w:ascii="Times New Roman" w:hAnsi="Times New Roman" w:eastAsia="Times New Roman" w:cs="Times New Roman"/>
          <w:b/>
          <w:sz w:val="24"/>
        </w:rPr>
        <w:t>ESE</w:t>
      </w:r>
      <w:r>
        <w:rPr>
          <w:rFonts w:ascii="Times New Roman" w:hAnsi="Times New Roman" w:eastAsia="Times New Roman" w:cs="Times New Roman"/>
          <w:b/>
          <w:sz w:val="24"/>
        </w:rPr>
        <w:t>N</w:t>
      </w:r>
      <w:r>
        <w:rPr>
          <w:rFonts w:ascii="Times New Roman" w:hAnsi="Times New Roman" w:eastAsia="Times New Roman" w:cs="Times New Roman"/>
          <w:b/>
          <w:sz w:val="24"/>
        </w:rPr>
        <w:t>TS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∋</w:t>
      </w:r>
      <w:r>
        <w:rPr>
          <w:rFonts w:ascii="Times New Roman" w:hAnsi="Times New Roman" w:eastAsia="Times New Roman" w:cs="Times New Roman"/>
          <w:sz w:val="24"/>
        </w:rPr>
        <w:t>26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>2A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>7,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</w:p>
    <w:p>
      <w:pPr>
        <w:spacing w:before="3" w:after="0" w:line="140" w:lineRule="exact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Alabama,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1975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we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[MOTHER'S 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Moth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</w:p>
    <w:p>
      <w:pPr>
        <w:spacing w:before="9" w:after="0" w:line="140" w:lineRule="exact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[FATHER'S 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(Fa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er)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tu</w:t>
      </w:r>
      <w:r>
        <w:rPr>
          <w:rFonts w:ascii="Times New Roman" w:hAnsi="Times New Roman" w:eastAsia="Times New Roman" w:cs="Times New Roman"/>
          <w:sz w:val="24"/>
        </w:rPr>
        <w:t>ra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</w:p>
    <w:p>
      <w:pPr>
        <w:spacing w:before="9" w:after="0" w:line="140" w:lineRule="exact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[CHILD'S 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Mino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hos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rre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s</w:t>
      </w:r>
    </w:p>
    <w:p>
      <w:pPr>
        <w:spacing w:before="9" w:after="0" w:line="140" w:lineRule="exact"/>
      </w:pPr>
    </w:p>
    <w:p>
      <w:pPr>
        <w:spacing w:line="367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>[AGE]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ear</w:t>
      </w:r>
      <w:r>
        <w:rPr>
          <w:rFonts w:ascii="Times New Roman" w:hAnsi="Times New Roman" w:eastAsia="Times New Roman" w:cs="Times New Roman"/>
          <w:sz w:val="24"/>
        </w:rPr>
        <w:t>s/months)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bi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 OF BIRTH]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 to: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[AGENT]</w:t>
      </w:r>
      <w:r>
        <w:rPr>
          <w:rFonts w:ascii="Times New Roman" w:hAnsi="Times New Roman" w:eastAsia="Times New Roman" w:cs="Times New Roman"/>
          <w:sz w:val="24"/>
        </w:rPr>
        <w:t>,</w:t>
        <w:tab/>
        <w:t>whose</w:t>
        <w:tab/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dd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ss</w:t>
        <w:tab/>
        <w:t>is</w:t>
      </w:r>
    </w:p>
    <w:p>
      <w:pPr>
        <w:spacing w:before="5" w:after="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ollo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</w:t>
      </w:r>
      <w:r>
        <w:rPr>
          <w:rFonts w:ascii="Times New Roman" w:hAnsi="Times New Roman" w:eastAsia="Times New Roman" w:cs="Times New Roman"/>
          <w:sz w:val="24"/>
        </w:rPr>
        <w:t>wer</w:t>
      </w:r>
      <w:r>
        <w:rPr>
          <w:rFonts w:ascii="Times New Roman" w:hAnsi="Times New Roman" w:eastAsia="Times New Roman" w:cs="Times New Roman"/>
          <w:sz w:val="24"/>
        </w:rPr>
        <w:t>s</w:t>
      </w:r>
    </w:p>
    <w:p>
      <w:pPr>
        <w:spacing w:before="9" w:after="0" w:line="140" w:lineRule="exact"/>
      </w:pPr>
    </w:p>
    <w:p>
      <w:pPr>
        <w:spacing w:line="271" w:lineRule="exact"/>
      </w:pP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c</w:t>
      </w:r>
      <w:r>
        <w:rPr>
          <w:rFonts w:ascii="Times New Roman" w:hAnsi="Times New Roman" w:eastAsia="Times New Roman" w:cs="Times New Roman"/>
          <w:sz w:val="24"/>
        </w:rPr>
        <w:t>ons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nt ov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id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hild:</w:t>
      </w:r>
    </w:p>
    <w:p>
      <w:pPr>
        <w:spacing w:before="9" w:after="0" w:line="190" w:lineRule="exact"/>
      </w:pPr>
    </w:p>
    <w:p>
      <w:pPr>
        <w:spacing w:line="200" w:lineRule="exact"/>
      </w:pPr>
      <w:r>
        <w:rPr>
          <w:rFonts w:ascii="Times New Roman" w:hAnsi="Times New Roman" w:eastAsia="Times New Roman" w:cs="Times New Roman"/>
          <w:sz w:val="24"/>
        </w:rPr>
        <w:t>[DETAILS]</w:t>
      </w:r>
      <w:r>
        <w:rPr>
          <w:rFonts w:ascii="Times New Roman" w:hAnsi="Times New Roman" w:eastAsia="Times New Roman" w:cs="Times New Roman"/>
          <w:sz w:val="24"/>
        </w:rPr>
        <w:t xml:space="preserve">     </w:t>
      </w:r>
    </w:p>
    <w:p>
      <w:pPr>
        <w:spacing w:line="200" w:lineRule="exact"/>
      </w:pPr>
    </w:p>
    <w:p>
      <w:pPr>
        <w:spacing w:before="29" w:after="0" w:line="244" w:lineRule="auto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/our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ere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 st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x</w:t>
      </w:r>
      <w:r>
        <w:rPr>
          <w:rFonts w:ascii="Times New Roman" w:hAnsi="Times New Roman" w:eastAsia="Times New Roman" w:cs="Times New Roman"/>
          <w:sz w:val="24"/>
        </w:rPr>
        <w:t>ce</w:t>
      </w:r>
      <w:r>
        <w:rPr>
          <w:rFonts w:ascii="Times New Roman" w:hAnsi="Times New Roman" w:eastAsia="Times New Roman" w:cs="Times New Roman"/>
          <w:sz w:val="24"/>
        </w:rPr>
        <w:t>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ons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arr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doption,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hild,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iod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x</w:t>
      </w:r>
      <w:r>
        <w:rPr>
          <w:rFonts w:ascii="Times New Roman" w:hAnsi="Times New Roman" w:eastAsia="Times New Roman" w:cs="Times New Roman"/>
          <w:sz w:val="24"/>
        </w:rPr>
        <w:t>cee</w:t>
      </w:r>
      <w:r>
        <w:rPr>
          <w:rFonts w:ascii="Times New Roman" w:hAnsi="Times New Roman" w:eastAsia="Times New Roman" w:cs="Times New Roman"/>
          <w:sz w:val="24"/>
        </w:rPr>
        <w:t>ding 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ea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</w:t>
      </w:r>
      <w:r>
        <w:rPr>
          <w:rFonts w:ascii="Times New Roman" w:hAnsi="Times New Roman" w:eastAsia="Times New Roman" w:cs="Times New Roman"/>
          <w:sz w:val="24"/>
        </w:rPr>
        <w:t>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ere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u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st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mpo</w:t>
      </w:r>
      <w:r>
        <w:rPr>
          <w:rFonts w:ascii="Times New Roman" w:hAnsi="Times New Roman" w:eastAsia="Times New Roman" w:cs="Times New Roman"/>
          <w:sz w:val="24"/>
        </w:rPr>
        <w:t>rar</w:t>
      </w:r>
      <w:r>
        <w:rPr>
          <w:rFonts w:ascii="Times New Roman" w:hAnsi="Times New Roman" w:eastAsia="Times New Roman" w:cs="Times New Roman"/>
          <w:sz w:val="24"/>
        </w:rPr>
        <w:t>y pow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tto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y 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tion)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 pow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 do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s not 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li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im</w:t>
      </w:r>
      <w:r>
        <w:rPr>
          <w:rFonts w:ascii="Times New Roman" w:hAnsi="Times New Roman" w:eastAsia="Times New Roman" w:cs="Times New Roman"/>
          <w:sz w:val="24"/>
        </w:rPr>
        <w:t>ar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sponsibility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c</w:t>
      </w:r>
      <w:r>
        <w:rPr>
          <w:rFonts w:ascii="Times New Roman" w:hAnsi="Times New Roman" w:eastAsia="Times New Roman" w:cs="Times New Roman"/>
          <w:sz w:val="24"/>
        </w:rPr>
        <w:t>hild;</w:t>
      </w:r>
    </w:p>
    <w:p>
      <w:pPr>
        <w:spacing w:before="8" w:after="0" w:line="280" w:lineRule="exact"/>
      </w:pPr>
    </w:p>
    <w:p>
      <w:pPr>
        <w:spacing w:line="244" w:lineRule="auto"/>
        <w:ind w:firstLine="720"/>
        <w:jc w:val="both"/>
      </w:pPr>
      <w:r>
        <w:rPr>
          <w:rFonts w:ascii="Times New Roman" w:hAnsi="Times New Roman" w:eastAsia="Times New Roman" w:cs="Times New Roman"/>
          <w:b/>
          <w:sz w:val="24"/>
        </w:rPr>
        <w:t>G</w:t>
      </w:r>
      <w:r>
        <w:rPr>
          <w:rFonts w:ascii="Times New Roman" w:hAnsi="Times New Roman" w:eastAsia="Times New Roman" w:cs="Times New Roman"/>
          <w:b/>
          <w:sz w:val="24"/>
        </w:rPr>
        <w:t>IVING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AND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</w:t>
      </w:r>
      <w:r>
        <w:rPr>
          <w:rFonts w:ascii="Times New Roman" w:hAnsi="Times New Roman" w:eastAsia="Times New Roman" w:cs="Times New Roman"/>
          <w:b/>
          <w:sz w:val="24"/>
        </w:rPr>
        <w:t>RAN</w:t>
      </w:r>
      <w:r>
        <w:rPr>
          <w:rFonts w:ascii="Times New Roman" w:hAnsi="Times New Roman" w:eastAsia="Times New Roman" w:cs="Times New Roman"/>
          <w:b/>
          <w:sz w:val="24"/>
        </w:rPr>
        <w:t>T</w:t>
      </w:r>
      <w:r>
        <w:rPr>
          <w:rFonts w:ascii="Times New Roman" w:hAnsi="Times New Roman" w:eastAsia="Times New Roman" w:cs="Times New Roman"/>
          <w:b/>
          <w:sz w:val="24"/>
        </w:rPr>
        <w:t>ING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utho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ity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 p</w:t>
      </w:r>
      <w:r>
        <w:rPr>
          <w:rFonts w:ascii="Times New Roman" w:hAnsi="Times New Roman" w:eastAsia="Times New Roman" w:cs="Times New Roman"/>
          <w:sz w:val="24"/>
        </w:rPr>
        <w:t>erf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v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 xml:space="preserve">y </w:t>
      </w:r>
      <w:r>
        <w:rPr>
          <w:rFonts w:ascii="Times New Roman" w:hAnsi="Times New Roman" w:eastAsia="Times New Roman" w:cs="Times New Roman"/>
          <w:sz w:val="24"/>
        </w:rPr>
        <w:t>ac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tso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v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quisit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op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ece</w:t>
      </w:r>
      <w:r>
        <w:rPr>
          <w:rFonts w:ascii="Times New Roman" w:hAnsi="Times New Roman" w:eastAsia="Times New Roman" w:cs="Times New Roman"/>
          <w:sz w:val="24"/>
        </w:rPr>
        <w:t>ss</w:t>
      </w:r>
      <w:r>
        <w:rPr>
          <w:rFonts w:ascii="Times New Roman" w:hAnsi="Times New Roman" w:eastAsia="Times New Roman" w:cs="Times New Roman"/>
          <w:sz w:val="24"/>
        </w:rPr>
        <w:t>ar</w:t>
      </w:r>
      <w:r>
        <w:rPr>
          <w:rFonts w:ascii="Times New Roman" w:hAnsi="Times New Roman" w:eastAsia="Times New Roman" w:cs="Times New Roman"/>
          <w:sz w:val="24"/>
        </w:rPr>
        <w:t>y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x</w:t>
      </w:r>
      <w:r>
        <w:rPr>
          <w:rFonts w:ascii="Times New Roman" w:hAnsi="Times New Roman" w:eastAsia="Times New Roman" w:cs="Times New Roman"/>
          <w:sz w:val="24"/>
        </w:rPr>
        <w:t>erc</w:t>
      </w:r>
      <w:r>
        <w:rPr>
          <w:rFonts w:ascii="Times New Roman" w:hAnsi="Times New Roman" w:eastAsia="Times New Roman" w:cs="Times New Roman"/>
          <w:sz w:val="24"/>
        </w:rPr>
        <w:t>ise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hts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ere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ra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ully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 int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nts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 pu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pos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s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b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ef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hild,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ht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son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ere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ra</w:t>
      </w:r>
      <w:r>
        <w:rPr>
          <w:rFonts w:ascii="Times New Roman" w:hAnsi="Times New Roman" w:eastAsia="Times New Roman" w:cs="Times New Roman"/>
          <w:sz w:val="24"/>
        </w:rPr>
        <w:t>ti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>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ming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w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ully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</w:t>
      </w:r>
      <w:r>
        <w:rPr>
          <w:rFonts w:ascii="Times New Roman" w:hAnsi="Times New Roman" w:eastAsia="Times New Roman" w:cs="Times New Roman"/>
          <w:sz w:val="24"/>
        </w:rPr>
        <w:t>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 vi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tue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tto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y 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tion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s)</w:t>
      </w:r>
      <w:r>
        <w:rPr>
          <w:rFonts w:ascii="Times New Roman" w:hAnsi="Times New Roman" w:eastAsia="Times New Roman" w:cs="Times New Roman"/>
          <w:sz w:val="24"/>
        </w:rPr>
        <w:t xml:space="preserve"> a</w:t>
      </w:r>
      <w:r>
        <w:rPr>
          <w:rFonts w:ascii="Times New Roman" w:hAnsi="Times New Roman" w:eastAsia="Times New Roman" w:cs="Times New Roman"/>
          <w:sz w:val="24"/>
        </w:rPr>
        <w:t>nd the</w:t>
      </w:r>
      <w:r>
        <w:rPr>
          <w:rFonts w:ascii="Times New Roman" w:hAnsi="Times New Roman" w:eastAsia="Times New Roman" w:cs="Times New Roman"/>
          <w:sz w:val="24"/>
        </w:rPr>
        <w:t xml:space="preserve"> r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 xml:space="preserve">hts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 pow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 h</w:t>
      </w:r>
      <w:r>
        <w:rPr>
          <w:rFonts w:ascii="Times New Roman" w:hAnsi="Times New Roman" w:eastAsia="Times New Roman" w:cs="Times New Roman"/>
          <w:sz w:val="24"/>
        </w:rPr>
        <w:t>ere</w:t>
      </w:r>
      <w:r>
        <w:rPr>
          <w:rFonts w:ascii="Times New Roman" w:hAnsi="Times New Roman" w:eastAsia="Times New Roman" w:cs="Times New Roman"/>
          <w:sz w:val="24"/>
        </w:rPr>
        <w:t xml:space="preserve">in 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ra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d;</w:t>
      </w:r>
    </w:p>
    <w:p>
      <w:pPr>
        <w:spacing w:before="4" w:after="0" w:line="280" w:lineRule="exact"/>
      </w:pPr>
    </w:p>
    <w:p>
      <w:pPr>
        <w:spacing w:line="244" w:lineRule="auto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y 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ow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ere</w:t>
      </w:r>
      <w:r>
        <w:rPr>
          <w:rFonts w:ascii="Times New Roman" w:hAnsi="Times New Roman" w:eastAsia="Times New Roman" w:cs="Times New Roman"/>
          <w:sz w:val="24"/>
        </w:rPr>
        <w:t xml:space="preserve">in 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ra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omm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rc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low;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</w:t>
      </w:r>
      <w:r>
        <w:rPr>
          <w:rFonts w:ascii="Times New Roman" w:hAnsi="Times New Roman" w:eastAsia="Times New Roman" w:cs="Times New Roman"/>
          <w:sz w:val="24"/>
        </w:rPr>
        <w:t>c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s sh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ll </w:t>
      </w:r>
      <w:r>
        <w:rPr>
          <w:rFonts w:ascii="Times New Roman" w:hAnsi="Times New Roman" w:eastAsia="Times New Roman" w:cs="Times New Roman"/>
          <w:sz w:val="24"/>
        </w:rPr>
        <w:t>re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in in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ull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rc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a</w:t>
      </w:r>
      <w:r>
        <w:rPr>
          <w:rFonts w:ascii="Times New Roman" w:hAnsi="Times New Roman" w:eastAsia="Times New Roman" w:cs="Times New Roman"/>
          <w:sz w:val="24"/>
        </w:rPr>
        <w:t xml:space="preserve">nd </w:t>
      </w:r>
      <w:r>
        <w:rPr>
          <w:rFonts w:ascii="Times New Roman" w:hAnsi="Times New Roman" w:eastAsia="Times New Roman" w:cs="Times New Roman"/>
          <w:sz w:val="24"/>
        </w:rPr>
        <w:t>effec</w:t>
      </w:r>
      <w:r>
        <w:rPr>
          <w:rFonts w:ascii="Times New Roman" w:hAnsi="Times New Roman" w:eastAsia="Times New Roman" w:cs="Times New Roman"/>
          <w:sz w:val="24"/>
        </w:rPr>
        <w:t>t until ONE 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</w:t>
      </w:r>
      <w:r>
        <w:rPr>
          <w:rFonts w:ascii="Times New Roman" w:hAnsi="Times New Roman" w:eastAsia="Times New Roman" w:cs="Times New Roman"/>
          <w:sz w:val="24"/>
        </w:rPr>
        <w:t>om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t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th b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low;</w:t>
      </w:r>
    </w:p>
    <w:p>
      <w:pPr>
        <w:spacing w:before="8" w:after="0" w:line="280" w:lineRule="exact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>IN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WI</w:t>
      </w:r>
      <w:r>
        <w:rPr>
          <w:rFonts w:ascii="Times New Roman" w:hAnsi="Times New Roman" w:eastAsia="Times New Roman" w:cs="Times New Roman"/>
          <w:b/>
          <w:sz w:val="24"/>
        </w:rPr>
        <w:t>T</w:t>
      </w:r>
      <w:r>
        <w:rPr>
          <w:rFonts w:ascii="Times New Roman" w:hAnsi="Times New Roman" w:eastAsia="Times New Roman" w:cs="Times New Roman"/>
          <w:b/>
          <w:sz w:val="24"/>
        </w:rPr>
        <w:t>N</w:t>
      </w:r>
      <w:r>
        <w:rPr>
          <w:rFonts w:ascii="Times New Roman" w:hAnsi="Times New Roman" w:eastAsia="Times New Roman" w:cs="Times New Roman"/>
          <w:b/>
          <w:sz w:val="24"/>
        </w:rPr>
        <w:t>ES</w:t>
      </w:r>
      <w:r>
        <w:rPr>
          <w:rFonts w:ascii="Times New Roman" w:hAnsi="Times New Roman" w:eastAsia="Times New Roman" w:cs="Times New Roman"/>
          <w:b/>
          <w:sz w:val="24"/>
        </w:rPr>
        <w:t>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WH</w:t>
      </w:r>
      <w:r>
        <w:rPr>
          <w:rFonts w:ascii="Times New Roman" w:hAnsi="Times New Roman" w:eastAsia="Times New Roman" w:cs="Times New Roman"/>
          <w:b/>
          <w:sz w:val="24"/>
        </w:rPr>
        <w:t>E</w:t>
      </w:r>
      <w:r>
        <w:rPr>
          <w:rFonts w:ascii="Times New Roman" w:hAnsi="Times New Roman" w:eastAsia="Times New Roman" w:cs="Times New Roman"/>
          <w:b/>
          <w:sz w:val="24"/>
        </w:rPr>
        <w:t>R</w:t>
      </w:r>
      <w:r>
        <w:rPr>
          <w:rFonts w:ascii="Times New Roman" w:hAnsi="Times New Roman" w:eastAsia="Times New Roman" w:cs="Times New Roman"/>
          <w:b/>
          <w:sz w:val="24"/>
        </w:rPr>
        <w:t>E</w:t>
      </w:r>
      <w:r>
        <w:rPr>
          <w:rFonts w:ascii="Times New Roman" w:hAnsi="Times New Roman" w:eastAsia="Times New Roman" w:cs="Times New Roman"/>
          <w:b/>
          <w:sz w:val="24"/>
        </w:rPr>
        <w:t>O</w:t>
      </w:r>
      <w:r>
        <w:rPr>
          <w:rFonts w:ascii="Times New Roman" w:hAnsi="Times New Roman" w:eastAsia="Times New Roman" w:cs="Times New Roman"/>
          <w:b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ow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(De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tio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wer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7" w:after="0"/>
      </w:pPr>
      <w:r>
        <w:rPr>
          <w:rFonts w:ascii="Times New Roman" w:hAnsi="Times New Roman" w:eastAsia="Times New Roman" w:cs="Times New Roman"/>
          <w:sz w:val="24"/>
        </w:rPr>
        <w:t xml:space="preserve">on this the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0" w:after="0" w:line="280" w:lineRule="exact"/>
      </w:pPr>
    </w:p>
    <w:p>
      <w:pPr>
        <w:spacing w:line="271" w:lineRule="exact"/>
      </w:pP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wo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 xml:space="preserve">n to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 subs</w:t>
      </w:r>
      <w:r>
        <w:rPr>
          <w:rFonts w:ascii="Times New Roman" w:hAnsi="Times New Roman" w:eastAsia="Times New Roman" w:cs="Times New Roman"/>
          <w:sz w:val="24"/>
        </w:rPr>
        <w:t>cr</w:t>
      </w:r>
      <w:r>
        <w:rPr>
          <w:rFonts w:ascii="Times New Roman" w:hAnsi="Times New Roman" w:eastAsia="Times New Roman" w:cs="Times New Roman"/>
          <w:sz w:val="24"/>
        </w:rPr>
        <w:t>ib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 b</w:t>
      </w:r>
      <w:r>
        <w:rPr>
          <w:rFonts w:ascii="Times New Roman" w:hAnsi="Times New Roman" w:eastAsia="Times New Roman" w:cs="Times New Roman"/>
          <w:sz w:val="24"/>
        </w:rPr>
        <w:t>ef</w:t>
      </w:r>
      <w:r>
        <w:rPr>
          <w:rFonts w:ascii="Times New Roman" w:hAnsi="Times New Roman" w:eastAsia="Times New Roman" w:cs="Times New Roman"/>
          <w:sz w:val="24"/>
        </w:rPr>
        <w:t>o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</w:p>
    <w:p>
      <w:pPr/>
    </w:p>
    <w:p>
      <w:pPr>
        <w:spacing w:before="12" w:after="0"/>
      </w:pP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,</w:t>
        <w:tab/>
        <w:t>.</w:t>
      </w:r>
    </w:p>
    <w:p>
      <w:pPr>
        <w:spacing w:before="7" w:after="0" w:line="271" w:lineRule="exact"/>
      </w:pP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Moth</w:t>
      </w:r>
      <w:r>
        <w:rPr>
          <w:rFonts w:ascii="Times New Roman" w:hAnsi="Times New Roman" w:eastAsia="Times New Roman" w:cs="Times New Roman"/>
          <w:sz w:val="24"/>
        </w:rPr>
        <w:t>er)</w:t>
      </w:r>
    </w:p>
    <w:p>
      <w:pPr/>
    </w:p>
    <w:p>
      <w:pPr>
        <w:spacing w:before="10" w:after="0" w:line="140" w:lineRule="exact"/>
      </w:pPr>
    </w:p>
    <w:p>
      <w:pPr>
        <w:spacing w:line="200" w:lineRule="exact"/>
      </w:pPr>
    </w:p>
    <w:p>
      <w:pPr>
        <w:spacing w:line="200" w:lineRule="exact"/>
      </w:pPr>
    </w:p>
    <w:p>
      <w:pPr>
        <w:spacing w:before="29" w:after="0"/>
      </w:pP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>ar</w:t>
      </w:r>
      <w:r>
        <w:rPr>
          <w:rFonts w:ascii="Times New Roman" w:hAnsi="Times New Roman" w:eastAsia="Times New Roman" w:cs="Times New Roman"/>
          <w:sz w:val="24"/>
        </w:rPr>
        <w:t>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</w:t>
      </w:r>
      <w:r>
        <w:rPr>
          <w:rFonts w:ascii="Times New Roman" w:hAnsi="Times New Roman" w:eastAsia="Times New Roman" w:cs="Times New Roman"/>
          <w:sz w:val="24"/>
        </w:rPr>
        <w:t>ublic</w:t>
        <w:tab/>
      </w:r>
      <w:r>
        <w:rPr>
          <w:rFonts w:ascii="Times New Roman" w:hAnsi="Times New Roman" w:eastAsia="Times New Roman" w:cs="Times New Roman"/>
          <w:sz w:val="24"/>
        </w:rPr>
        <w:t>(Fa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er</w:t>
      </w:r>
      <w:r>
        <w:rPr>
          <w:rFonts w:ascii="Times New Roman" w:hAnsi="Times New Roman" w:eastAsia="Times New Roman" w:cs="Times New Roman"/>
          <w:sz w:val="24"/>
        </w:rPr>
        <w:t>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