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Alabama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Alabma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