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BAMA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Alabama.</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