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ALABAMA</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Alabama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Alabama.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