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ALASKA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Alaska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