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ALASKA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Alaska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Alaska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