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Alaska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Alaska.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