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Allonge to Negotiable Promissory Note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ALLONGE TO PROMISSORY NOTE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Allonge is to be attached to and made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part of that certain Promissory Note dated [date of note], in the original principal amount of $[amount of original promissory note] executed by [payee/borrower(s) name], payable to the order of [original payor/lender name on promissory note].</w:t>
      </w:r>
    </w:p>
    <w:p>
      <w:pPr>
        <w:keepNext w:val="0"/>
        <w:spacing w:before="120" w:after="0" w:line="260" w:lineRule="exact"/>
        <w:ind w:left="720" w:right="0" w:firstLine="24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Pay to the order of [new payor / lender name].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[original payor/lender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Its: [title]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Name: [name]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