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Allonge to Promissory Note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Allonge to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[city where loan is made], California</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 of the promissory note] and [effective date of the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or incorporation] [entity type], the payee and holder of certain notes,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the same may have been amended (collectively, the "Notes"), hereby endorses the Notes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[limited liability company/corporation/entity type], WITHOUT RECOURSE." This transfer and endorsement is made without recourse, as is, where is, with all faults, and without representations or warranties by the undersigned or covenants of any kind, written or oral, express or implied.</w:t>
      </w:r>
    </w:p>
    <w:p>
      <w:pP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Promissory Note(s).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