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Amendment to Construction Lien Claim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AMENDMENT TO CONSTRUCTION LIEN CLAIM</w:t>
      </w:r>
    </w:p>
    <w:p>
      <w:pPr>
        <w:keepNext w:val="0"/>
        <w:spacing w:before="200" w:after="0" w:line="260" w:lineRule="exact"/>
        <w:ind w:left="720" w:right="0" w:firstLine="0"/>
        <w:jc w:val="both"/>
      </w:pPr>
      <w:r>
        <w:rPr>
          <w:rFonts w:ascii="Times New Roman" w:hAnsi="Times New Roman" w:eastAsia="Times New Roman" w:cs="Times New Roman"/>
          <w:b w:val="0"/>
          <w:sz w:val="24"/>
        </w:rPr>
        <w:t>TO THE CLERK, COUNTY OF [name of county]: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the undersigned claimant, [name of claimant] of [address of claimant],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LIEN CLAIM in the amount of $ [claim amount] for the value of the work, services, material, or equipment provided in accordance with the contract between claimant and [name]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construction lien claim was claimed against the interest of [name] as [owner/unit owner/community association/ describe other party] in that certain tract or parcel of land and premises described as Block [block], Lot [lot], on the tax map of the [type of municipality] of, [name of municipality] County of [name of county], State of New Jersey, for the improvement of which property the aforementioned work, services, material, or equipment was provided. [name of community association and name and location of the property development if the claim was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association in accordance with section 3 of P.L. 1993, c. 318 (N.J.S. 2A:44A-3).]</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amends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claim which was previously lodged for record on [date of original claim] and filed with the County Clerk of [name of county] County on [date of filing of original claim] and recorded on [date of recording] as No. [instrument number] in Book No. [Book number], Page [page number]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Unpaid Balance and Right to File Lien was previously filed with the County Clerk of [county name] on [date] and recorded on [date] as No. [instrument number] in Book No. [book number], Page [page number].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Effective the date of the lodging for record of this AMENDMENT TO CONSTRUCTION LIEN CLAIM, the value of the lien is claimed to be in the total amount of [dollar amount in words] [dollar amount in numbers] inclusive of all prior lien claims or amendments thereof.</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work, services, material, or equipment provided upon which this Amendment is made are: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[description of work/services/material/equipment]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[description of work/services/material/equipment]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[description of work/services/material/equipment]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date of the provision of the last work, services, material, or equipment for which payment is claimed is [date].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reason for this amendment is [reason for amendment].</w:t>
      </w:r>
    </w:p>
    <w:p>
      <w:pPr>
        <w:keepNext w:val="0"/>
        <w:spacing w:before="120" w:after="0" w:line="260" w:lineRule="exact"/>
        <w:ind w:left="360" w:right="0" w:firstLine="0"/>
        <w:jc w:val="left"/>
      </w:pPr>
      <w:r>
        <w:rPr>
          <w:rFonts w:ascii="Times New Roman" w:hAnsi="Times New Roman" w:eastAsia="Times New Roman" w:cs="Times New Roman"/>
          <w:b/>
          <w:sz w:val="24"/>
        </w:rPr>
        <w:t>CLAIMANT’S REPRESENTATION AND VERIFICATION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have authority to file this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claimant is entitled to the amount claimed at the date of lodging for record of the claim, pursuant to claimant’s contract described above.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work, services, material, or equipment for which this lien claim is filed was provided exclusively in connection with the improvement of the real property which is the subject of this claim.</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claim form has been lodged for record with the County Clerk where the property is located within 90 or, if residential construction, 120 days from the last date upon which the work, services, material, or equipment for which payment is claimed was provided.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claim form has been completed in its entirety to the best of my ability and I understand that if I do not complete this form in its entirety, the form may be deemed invalid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claim form will be served as required by statute upon the owner or community association, and upon the contractor or subcontractor against whom this claim has been asserted, if any.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foregoing statements made by me in this claim form are true, to the best of my knowledge. I am aware that if any of the foregoing statements made by me in this claim form are willfully false, this construction lien claim will be void and that I will be liable for damages to the owner or any other person injured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the filing of this lien claim.</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Claimant]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claimant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[type or print name and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NOTARY FOR INDIVIDUAL CLAIMANT:</w:t>
      </w:r>
    </w:p>
    <w:p>
      <w:pPr>
        <w:keepNext w:val="0"/>
        <w:spacing w:before="200" w:after="0" w:line="260" w:lineRule="exact"/>
        <w:ind w:left="720" w:right="0" w:firstLine="0"/>
        <w:jc w:val="both"/>
      </w:pPr>
      <w:r>
        <w:rPr>
          <w:rFonts w:ascii="Times New Roman" w:hAnsi="Times New Roman" w:eastAsia="Times New Roman" w:cs="Times New Roman"/>
          <w:b w:val="0"/>
          <w:sz w:val="24"/>
        </w:rPr>
        <w:t>On this [day] of [month] 20[__], before me, the subscriber, personally appeared [name of person signing on behalf of claimant(s)] who, I am satisfied, is/are the person(s) named in and who executed the within instrument, and thereupon acknowledged that claimant(s) signed, sealed, and delivered the same as claimant’s (s’) act and deed, for the purposes therein expressed.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[name and notary information]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NOTARY FOR</w:t>
      </w:r>
    </w:p>
    <w:p>
      <w:pPr>
        <w:keepNext w:val="0"/>
        <w:spacing w:before="120" w:after="0" w:line="260" w:lineRule="exact"/>
        <w:ind w:left="360" w:right="0" w:firstLine="0"/>
        <w:jc w:val="left"/>
      </w:pPr>
      <w:r>
        <w:rPr>
          <w:rFonts w:ascii="Times New Roman" w:hAnsi="Times New Roman" w:eastAsia="Times New Roman" w:cs="Times New Roman"/>
          <w:b w:val="0"/>
          <w:sz w:val="24"/>
        </w:rPr>
        <w:t>CORPORATE OR LIMITED LIABILITY CLAIMANT:</w:t>
      </w:r>
    </w:p>
    <w:p>
      <w:pPr>
        <w:keepNext w:val="0"/>
        <w:spacing w:before="200" w:after="0" w:line="260" w:lineRule="exact"/>
        <w:ind w:left="720" w:right="0" w:firstLine="0"/>
        <w:jc w:val="both"/>
      </w:pPr>
      <w:r>
        <w:rPr>
          <w:rFonts w:ascii="Times New Roman" w:hAnsi="Times New Roman" w:eastAsia="Times New Roman" w:cs="Times New Roman"/>
          <w:b w:val="0"/>
          <w:sz w:val="24"/>
        </w:rPr>
        <w:t>On this [day] of [month] 20[___] , before me, the subscriber, personally appeared [name of person signing on behalf of claimant(s)] who, I am satisfied is the [secretary/ other officer/ manager/ agent] of the [name of corporation/ partnership/limited liability company] named herein and who by me duly sworn/affirmed, asserted authority to act on behalf of the [name of corporation/ partnership/ limited liability company] and who, by virtue of [its bylaws or resolution of its board of directors or partnership agreement or operating agreement] executed the within instrument on its behalf, and thereupon acknowledged that claimant signed, sealed, and delivered same as claimant’s act and deed, for the purposes herein expressed.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[name and notary information]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NOTICE TO OWNER OF REAL PROPERTY</w:t>
      </w:r>
      <w:r>
        <w:rPr>
          <w:rFonts w:ascii="Times New Roman" w:hAnsi="Times New Roman" w:eastAsia="Times New Roman" w:cs="Times New Roman"/>
          <w:sz w:val="24"/>
        </w:rPr>
        <w:br/>
      </w:r>
      <w:r>
        <w:rPr>
          <w:rFonts w:ascii="Times New Roman" w:hAnsi="Times New Roman" w:eastAsia="Times New Roman" w:cs="Times New Roman"/>
          <w:b/>
          <w:sz w:val="24"/>
        </w:rPr>
        <w:t>NOTICE TO CONTRACTOR OR SUBCONTRACTOR, IF APPLICABLE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owner’s real estate may be subject to sale to satisfy the amount asserted by this claim. However, the owner’s real estate cannot be sold until the facts and issues which form the basis of this claim are decided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proceeding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The lien claimant is required by law to commence suit to enforce this claim.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claimant filing this lien claim shall forfeit all rights to enforce the lien claim and shall be required to discharge the lien claim of record, if the claimant fails to bring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in the Superior Court, in the county in which the real property is situated, to establish the lien claim:</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one year of the date of the last provision of work, services, material, or equipment, payment for which the lien claim was filed;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30 days following receipt of written notice, by personal service or certified mail, return receipt requested, from the owner or community association, contractor, or subcontractor against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claim is filed, as appropriate, requiring the claimant to commence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establish the lien claim.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will be given proper notice of the proceeding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challenge this claim and set forth your position. If, after the owner (and/or contractor and/or subcontractor) has had the opportunity to challenge this lien claim, the court of law enters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any of you and in favor of the claimant filing this lien claim, and thereafter judgment is not paid, the owner’s real estate may then be sold to satisfy the judgment.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association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work, services, material, or equipment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that community association cannot be enforced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real estate.</w:t>
      </w:r>
    </w:p>
    <w:p>
      <w:pPr>
        <w:keepNext w:val="0"/>
        <w:spacing w:before="200" w:after="0" w:line="260" w:lineRule="exact"/>
        <w:ind w:left="720" w:right="0" w:firstLine="0"/>
        <w:jc w:val="both"/>
      </w:pPr>
      <w:r>
        <w:rPr>
          <w:rFonts w:ascii="Times New Roman" w:hAnsi="Times New Roman" w:eastAsia="Times New Roman" w:cs="Times New Roman"/>
          <w:b w:val="0"/>
          <w:sz w:val="24"/>
        </w:rPr>
        <w:t>The owner may choose to avoid subjecting the real estate to sale by the owner (or contractor) by either: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Paying the claimant and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discharge of lien claim from the claimant, by which the owner will lose the right to challenge this lien claim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proceeding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Causing the lien claim to be discharged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surety bond or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of funds as provided for in section 31 of P.L. 1993, c. 318 [N.J.S. 2A:44A-31], by which the owner will retain the right to challenge this lien claim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proceeding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