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AMENDMENT TO OPERATING AGREEMENT</w:t>
      </w: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OF</w:t>
      </w: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[NAME OF LLC]</w:t>
      </w:r>
      <w:r>
        <w:rPr>
          <w:rFonts w:ascii="Times New Roman" w:hAnsi="Times New Roman" w:eastAsia="Times New Roman" w:cs="Times New Roman"/>
          <w:b/>
          <w:sz w:val="24"/>
        </w:rPr>
        <w:t>, LLC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I. DATE</w:t>
      </w:r>
      <w:r>
        <w:rPr>
          <w:rFonts w:ascii="Times New Roman" w:hAnsi="Times New Roman" w:eastAsia="Times New Roman" w:cs="Times New Roman"/>
          <w:sz w:val="24"/>
        </w:rPr>
        <w:t xml:space="preserve">. This Amendment to an LLC Operating Agreement (“Amendment”) has been agreed to on </w:t>
      </w:r>
      <w:r>
        <w:rPr>
          <w:rFonts w:ascii="Times New Roman" w:hAnsi="Times New Roman" w:eastAsia="Times New Roman" w:cs="Times New Roman"/>
          <w:sz w:val="24"/>
        </w:rPr>
        <w:t>[DATE OF THIS AMENDMENT]</w:t>
      </w:r>
      <w:r>
        <w:rPr>
          <w:rFonts w:ascii="Times New Roman" w:hAnsi="Times New Roman" w:eastAsia="Times New Roman" w:cs="Times New Roman"/>
          <w:sz w:val="24"/>
        </w:rPr>
        <w:t xml:space="preserve">, by its Member(s). 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II. ORIGINAL AGREEMENT</w:t>
      </w:r>
      <w:r>
        <w:rPr>
          <w:rFonts w:ascii="Times New Roman" w:hAnsi="Times New Roman" w:eastAsia="Times New Roman" w:cs="Times New Roman"/>
          <w:sz w:val="24"/>
        </w:rPr>
        <w:t xml:space="preserve">. This Amendment hereby resolves, confirms, and amends the operating agreement dated </w:t>
      </w:r>
      <w:r>
        <w:rPr>
          <w:rFonts w:ascii="Times New Roman" w:hAnsi="Times New Roman" w:eastAsia="Times New Roman" w:cs="Times New Roman"/>
          <w:sz w:val="24"/>
        </w:rPr>
        <w:t>[DATE OF ORIGINAL OPERATING AGREEMENT]</w:t>
      </w:r>
      <w:r>
        <w:rPr>
          <w:rFonts w:ascii="Times New Roman" w:hAnsi="Times New Roman" w:eastAsia="Times New Roman" w:cs="Times New Roman"/>
          <w:sz w:val="24"/>
        </w:rPr>
        <w:t xml:space="preserve">, for the entity known as </w:t>
      </w:r>
      <w:r>
        <w:rPr>
          <w:rFonts w:ascii="Times New Roman" w:hAnsi="Times New Roman" w:eastAsia="Times New Roman" w:cs="Times New Roman"/>
          <w:sz w:val="24"/>
        </w:rPr>
        <w:t>[NAME OF LLC]</w:t>
      </w:r>
      <w:r>
        <w:rPr>
          <w:rFonts w:ascii="Times New Roman" w:hAnsi="Times New Roman" w:eastAsia="Times New Roman" w:cs="Times New Roman"/>
          <w:sz w:val="24"/>
        </w:rPr>
        <w:t xml:space="preserve">, LLC that was originally formed in the State of </w:t>
      </w:r>
      <w:r>
        <w:rPr>
          <w:rFonts w:ascii="Times New Roman" w:hAnsi="Times New Roman" w:eastAsia="Times New Roman" w:cs="Times New Roman"/>
          <w:sz w:val="24"/>
        </w:rPr>
        <w:t>[STATE OF FORMATION]</w:t>
      </w:r>
      <w:r>
        <w:rPr>
          <w:rFonts w:ascii="Times New Roman" w:hAnsi="Times New Roman" w:eastAsia="Times New Roman" w:cs="Times New Roman"/>
          <w:sz w:val="24"/>
        </w:rPr>
        <w:t xml:space="preserve"> (“Agreement”).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III. AMENDMENTS</w:t>
      </w:r>
      <w:r>
        <w:rPr>
          <w:rFonts w:ascii="Times New Roman" w:hAnsi="Times New Roman" w:eastAsia="Times New Roman" w:cs="Times New Roman"/>
          <w:sz w:val="24"/>
        </w:rPr>
        <w:t>. The Member(s) hereby amend the Agreement as follows: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[ENTER ALL AMENDMENTS MADE TO THE ORIGINAL OPERATING AGREEMENT]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IV. OTHER SECTIONS</w:t>
      </w:r>
      <w:r>
        <w:rPr>
          <w:rFonts w:ascii="Times New Roman" w:hAnsi="Times New Roman" w:eastAsia="Times New Roman" w:cs="Times New Roman"/>
          <w:sz w:val="24"/>
        </w:rPr>
        <w:t xml:space="preserve">. All other terms and conditions of the Agreement shall remain in full force and effect.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The undersigned have duly executed this Amendment and, upon signature by the appropriate number or percentage of Member(s), this Amendment shall be made part of the original Agreement.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Member Signature</w:t>
      </w:r>
      <w:r>
        <w:rPr>
          <w:rFonts w:ascii="Times New Roman" w:hAnsi="Times New Roman" w:eastAsia="Times New Roman" w:cs="Times New Roman"/>
          <w:sz w:val="24"/>
        </w:rPr>
        <w:t xml:space="preserve">: </w:t>
      </w:r>
      <w:r>
        <w:rPr>
          <w:rFonts w:ascii="Times New Roman" w:hAnsi="Times New Roman" w:eastAsia="Times New Roman" w:cs="Times New Roman"/>
          <w:sz w:val="24"/>
        </w:rPr>
        <w:t>________________________</w:t>
      </w:r>
      <w:r>
        <w:rPr>
          <w:rFonts w:ascii="Times New Roman" w:hAnsi="Times New Roman" w:eastAsia="Times New Roman" w:cs="Times New Roman"/>
          <w:sz w:val="24"/>
        </w:rPr>
        <w:t xml:space="preserve"> Date: _________________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Print Name: ________________________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Member Signature</w:t>
      </w:r>
      <w:r>
        <w:rPr>
          <w:rFonts w:ascii="Times New Roman" w:hAnsi="Times New Roman" w:eastAsia="Times New Roman" w:cs="Times New Roman"/>
          <w:sz w:val="24"/>
        </w:rPr>
        <w:t xml:space="preserve">: </w:t>
      </w:r>
      <w:r>
        <w:rPr>
          <w:rFonts w:ascii="Times New Roman" w:hAnsi="Times New Roman" w:eastAsia="Times New Roman" w:cs="Times New Roman"/>
          <w:sz w:val="24"/>
        </w:rPr>
        <w:t>________________________</w:t>
      </w:r>
      <w:r>
        <w:rPr>
          <w:rFonts w:ascii="Times New Roman" w:hAnsi="Times New Roman" w:eastAsia="Times New Roman" w:cs="Times New Roman"/>
          <w:sz w:val="24"/>
        </w:rPr>
        <w:t xml:space="preserve"> Date: _________________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Print Name: ________________________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Member Signature</w:t>
      </w:r>
      <w:r>
        <w:rPr>
          <w:rFonts w:ascii="Times New Roman" w:hAnsi="Times New Roman" w:eastAsia="Times New Roman" w:cs="Times New Roman"/>
          <w:sz w:val="24"/>
        </w:rPr>
        <w:t xml:space="preserve">: </w:t>
      </w:r>
      <w:r>
        <w:rPr>
          <w:rFonts w:ascii="Times New Roman" w:hAnsi="Times New Roman" w:eastAsia="Times New Roman" w:cs="Times New Roman"/>
          <w:sz w:val="24"/>
        </w:rPr>
        <w:t>________________________</w:t>
      </w:r>
      <w:r>
        <w:rPr>
          <w:rFonts w:ascii="Times New Roman" w:hAnsi="Times New Roman" w:eastAsia="Times New Roman" w:cs="Times New Roman"/>
          <w:sz w:val="24"/>
        </w:rPr>
        <w:t xml:space="preserve"> Date: _________________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Print Name: ________________________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Member Signature</w:t>
      </w:r>
      <w:r>
        <w:rPr>
          <w:rFonts w:ascii="Times New Roman" w:hAnsi="Times New Roman" w:eastAsia="Times New Roman" w:cs="Times New Roman"/>
          <w:sz w:val="24"/>
        </w:rPr>
        <w:t xml:space="preserve">: </w:t>
      </w:r>
      <w:r>
        <w:rPr>
          <w:rFonts w:ascii="Times New Roman" w:hAnsi="Times New Roman" w:eastAsia="Times New Roman" w:cs="Times New Roman"/>
          <w:sz w:val="24"/>
        </w:rPr>
        <w:t>________________________</w:t>
      </w:r>
      <w:r>
        <w:rPr>
          <w:rFonts w:ascii="Times New Roman" w:hAnsi="Times New Roman" w:eastAsia="Times New Roman" w:cs="Times New Roman"/>
          <w:sz w:val="24"/>
        </w:rPr>
        <w:t xml:space="preserve"> Date: _________________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Print Name: ________________________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