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Amendment to Revocable Trust Agreement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[ORDINAL AMENDMENT NUMBER (E.G., FIRST)] AMENDMENT TO [NAME OF GRANTOR] TRUST AGREEMENT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of trustee], as trustee of the [name of grantor] Trust Agreement.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created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revocable trust on [Month] [Day], [Year], with [name(s) of trustee(s)] as Trustee(s).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the right reserved to me under Article [article number reserving right to revoke] of the [name of grantor] Trust identified above, I hereby amend that Trust in the following respects: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FIRST: I delete paragraph [paragraph number] of Article [article number] and substitute therefor the following: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[substituted language]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SECOND: I delete paragraph [paragraph number] of Article [article number] and substitute therefor the following: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[substituted language]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THIRD: I add the following new [paragraph/article] to the Trust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[paragraph/article letter/number]. [added language]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FOURTH: I confirm and readopt the remaining provisions of that [name of grantor] Trust, reserving to myself the right to amend further that trust agreement, and this amendment thereto.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have signed this [ordinal amendment number] amendment to the [name of grantor] Trust and filed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thereof with the trust records on [Month] [Day],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grantor], Grantor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