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Amendment to Revocable Trust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[AMENDMENT NUMBER] AMENDMENT TO THE [NAME OF REVOCABLE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Amendment is entered into on [Month] [Day], [Year], by [name of settlor], as Settlor of the [name of revocable trust], as originally established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Agreement dated [date of trust agreement execution], (hereinafter referred to as the Trust). The current trustee of the Trust is [name of current trustee]. Pursuant to [Article/Section] [trust agreement article or section number] of the Trust Agreement, the Settlor has retained the power to amend, alter, revoke, or terminate the Trust. The Settlor now desires to amend the Trust Agreement as provided herein.</w:t>
      </w:r>
    </w:p>
    <w:p>
      <w:pPr>
        <w:keepNext w:val="0"/>
        <w:spacing w:before="120" w:after="0" w:line="260" w:lineRule="exact"/>
        <w:ind w:left="360" w:right="0" w:firstLine="0"/>
        <w:jc w:val="left"/>
      </w:pPr>
      <w:r>
        <w:rPr>
          <w:rFonts w:ascii="Times New Roman" w:hAnsi="Times New Roman" w:eastAsia="Times New Roman" w:cs="Times New Roman"/>
          <w:b/>
          <w:sz w:val="24"/>
        </w:rPr>
        <w:t>Amendment of Trust</w:t>
      </w:r>
    </w:p>
    <w:p>
      <w:pPr>
        <w:keepNext w:val="0"/>
        <w:spacing w:before="200" w:after="0" w:line="260" w:lineRule="exact"/>
        <w:ind w:left="720" w:right="0" w:firstLine="0"/>
        <w:jc w:val="both"/>
      </w:pPr>
      <w:r>
        <w:rPr>
          <w:rFonts w:ascii="Times New Roman" w:hAnsi="Times New Roman" w:eastAsia="Times New Roman" w:cs="Times New Roman"/>
          <w:b w:val="0"/>
          <w:sz w:val="24"/>
        </w:rPr>
        <w:t>The Settlor hereby amends and restates [number of article and/or section of trust agreement to be amended] in its entirety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[number of article and/or section of trust agreement being amended]. [amended trust agreement language].</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changes stated in this instrument are accepted by the Trustee of the Trust, as evidenced by the Trustee's signature below. Any notice requirements regarding amendments provided for in the Trust Agreement are hereby waived. In every other aspect, the Settlor hereby confirms the Trust.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[name of settlor], as Settlor, and [name of trustee], as Trustee, have hereunto set their hands as of [Month] [Day], [Year].</w:t>
      </w:r>
    </w:p>
    <w:p>
      <w:pPr>
        <w:keepNext w:val="0"/>
        <w:spacing w:before="120" w:after="0" w:line="260" w:lineRule="exact"/>
        <w:ind w:left="360" w:right="0" w:firstLine="0"/>
        <w:jc w:val="left"/>
      </w:pPr>
      <w:r>
        <w:rPr>
          <w:rFonts w:ascii="Times New Roman" w:hAnsi="Times New Roman" w:eastAsia="Times New Roman" w:cs="Times New Roman"/>
          <w:b/>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 Trustee</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p>
    <w:p>
      <w:pPr>
        <w:keepNext w:val="0"/>
        <w:spacing w:before="200" w:after="0" w:line="260" w:lineRule="exact"/>
        <w:ind w:left="720" w:right="0" w:firstLine="0"/>
        <w:jc w:val="both"/>
      </w:pPr>
      <w:r>
        <w:rPr>
          <w:rFonts w:ascii="Times New Roman" w:hAnsi="Times New Roman" w:eastAsia="Times New Roman" w:cs="Times New Roman"/>
          <w:b w:val="0"/>
          <w:sz w:val="24"/>
        </w:rPr>
        <w:t>On [Month] [Day], [Year], before me, the undersigned officer, personally appeared [name of settlor], known to me (or satisfactorily proved) to be the person whose name is subscribed to the within as Settlor, and acknowledged that [he/she] executed the same for the purposes therein contained.</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On [Month] [Day], [Year], before me, the undersigned officer personally appeared [name of trustee], known to me (or satisfactorily proved) to be the person whose name is subscribed to the within as Trustee, and acknowledged that [he/she] executed the same for the purposes therein contained.</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