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Annual Meeting Proxy Card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THIS PROXY CARD IS VALID ONLY WHEN SIGNED AND DATED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Election of Directors.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The Board of Directors recommends that you vote FOR the following: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Vote on Proposals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The Board of Directors recommends that you vote FOR the following proposals: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sign exactly as name appears on the records of the Company and date. If the shares are held jointly, each holder should sign. When signing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attorney, executor, administrator, trustee, guardian, officer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 other entity or in another representative capacity, please give the full title under signature(s).</w:t>
      </w:r>
    </w:p>
    <w:p>
      <w:pPr>
        <w:spacing w:line="100" w:lineRule="exact"/>
      </w:pP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Important Notice Regarding the Availability of Proxy Materials for the Annual Meeting: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Notice and Proxy Statement and Annual Report are available at www.proxyvote.com.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- — — — — — — — — — — — — — — — — — — — — — — — — — — — — — — — — — — —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∆ DETACH PROXY CARD HERE ∆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