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Annual Meeting of Stockholders Script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ANNUAL MEETING OF STOCKHOLDERS</w:t>
      </w:r>
    </w:p>
    <w:p>
      <w:pPr>
        <w:keepNext w:val="0"/>
        <w:spacing w:before="120" w:after="0" w:line="260" w:lineRule="exact"/>
        <w:ind w:left="360" w:right="0" w:firstLine="0"/>
        <w:jc w:val="left"/>
      </w:pPr>
      <w:r>
        <w:rPr>
          <w:rFonts w:ascii="Times New Roman" w:hAnsi="Times New Roman" w:eastAsia="Times New Roman" w:cs="Times New Roman"/>
          <w:b w:val="0"/>
          <w:sz w:val="24"/>
        </w:rPr>
        <w:t>ORDER OF BUSINESS</w:t>
      </w:r>
    </w:p>
    <w:p>
      <w:pPr>
        <w:keepNext w:val="0"/>
        <w:spacing w:before="120" w:after="0" w:line="260" w:lineRule="exact"/>
        <w:ind w:left="360" w:right="0" w:firstLine="0"/>
        <w:jc w:val="left"/>
      </w:pPr>
      <w:r>
        <w:rPr>
          <w:rFonts w:ascii="Times New Roman" w:hAnsi="Times New Roman" w:eastAsia="Times New Roman" w:cs="Times New Roman"/>
          <w:b w:val="0"/>
          <w:sz w:val="24"/>
        </w:rPr>
        <w:t>PRESIDING: CHAIRMAN OF THE BOARD</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the Meeting to Order.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Ladies and gentlemen: Will the meeting please come to order.</w:t>
      </w:r>
    </w:p>
    <w:p>
      <w:pPr>
        <w:keepNext w:val="0"/>
        <w:spacing w:before="200" w:after="0" w:line="260" w:lineRule="exact"/>
        <w:ind w:left="1440" w:right="0" w:firstLine="0"/>
        <w:jc w:val="both"/>
      </w:pPr>
      <w:r>
        <w:rPr>
          <w:rFonts w:ascii="Times New Roman" w:hAnsi="Times New Roman" w:eastAsia="Times New Roman" w:cs="Times New Roman"/>
          <w:b w:val="0"/>
          <w:sz w:val="24"/>
        </w:rPr>
        <w:t>I want to welcome all of you to ________________. It is gratifying to have the meeting so well attended.</w:t>
      </w:r>
    </w:p>
    <w:p>
      <w:pPr>
        <w:keepNext w:val="0"/>
        <w:spacing w:before="200" w:after="0" w:line="260" w:lineRule="exact"/>
        <w:ind w:left="1440" w:right="0" w:firstLine="0"/>
        <w:jc w:val="both"/>
      </w:pPr>
      <w:r>
        <w:rPr>
          <w:rFonts w:ascii="Times New Roman" w:hAnsi="Times New Roman" w:eastAsia="Times New Roman" w:cs="Times New Roman"/>
          <w:b w:val="0"/>
          <w:sz w:val="24"/>
        </w:rPr>
        <w:t>I am [name], your Chairman. With me on the stage are [name], and [name].</w:t>
      </w:r>
    </w:p>
    <w:p>
      <w:pPr>
        <w:keepNext w:val="0"/>
        <w:spacing w:before="200" w:after="0" w:line="260" w:lineRule="exact"/>
        <w:ind w:left="1440" w:right="0" w:firstLine="0"/>
        <w:jc w:val="both"/>
      </w:pPr>
      <w:r>
        <w:rPr>
          <w:rFonts w:ascii="Times New Roman" w:hAnsi="Times New Roman" w:eastAsia="Times New Roman" w:cs="Times New Roman"/>
          <w:b w:val="0"/>
          <w:sz w:val="24"/>
        </w:rPr>
        <w:t>[Mr./Madam] Secretary, has notice of this meeting been sent to the stockholders entitled to vote at this meeting?</w:t>
      </w:r>
    </w:p>
    <w:p>
      <w:pPr>
        <w:keepNext w:val="0"/>
        <w:spacing w:before="200" w:after="0" w:line="260" w:lineRule="exact"/>
        <w:ind w:left="1440" w:right="0" w:firstLine="0"/>
        <w:jc w:val="both"/>
      </w:pP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Yes, I have 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[name], duly signed, stating that notice has been mailed to each stockholder as required by the bylaws of the Corporation. This notice will be filed with the minutes of this meeting.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on Procedures.</w:t>
      </w:r>
    </w:p>
    <w:p>
      <w:pPr>
        <w:keepNext w:val="0"/>
        <w:spacing w:before="200" w:after="0" w:line="260" w:lineRule="exact"/>
        <w:ind w:left="1440" w:right="0" w:firstLine="0"/>
        <w:jc w:val="both"/>
      </w:pPr>
      <w:r>
        <w:rPr>
          <w:rFonts w:ascii="Times New Roman" w:hAnsi="Times New Roman" w:eastAsia="Times New Roman" w:cs="Times New Roman"/>
          <w:b/>
          <w:sz w:val="24"/>
        </w:rPr>
        <w:t>CHAIRMAN:</w:t>
      </w:r>
      <w:r>
        <w:rPr>
          <w:rFonts w:ascii="Times New Roman" w:hAnsi="Times New Roman" w:eastAsia="Times New Roman" w:cs="Times New Roman"/>
          <w:b w:val="0"/>
          <w:sz w:val="24"/>
        </w:rPr>
        <w:t xml:space="preserve"> As you entered the meeting room, you should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agenda and the rules which will govern the meeting. I call your attention in particular to Items ____________ and ____________ of the Rules governing the conduct of the meeting. Item ____________ deals with the time limitations on those addressing the meeting, and Item ____________ points out that the annual meeting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inappropriate place to deal with personal grievances.</w:t>
      </w:r>
    </w:p>
    <w:p>
      <w:pPr>
        <w:keepNext w:val="0"/>
        <w:spacing w:before="200" w:after="0" w:line="260" w:lineRule="exact"/>
        <w:ind w:left="1440" w:right="0" w:firstLine="0"/>
        <w:jc w:val="both"/>
      </w:pPr>
      <w:r>
        <w:rPr>
          <w:rFonts w:ascii="Times New Roman" w:hAnsi="Times New Roman" w:eastAsia="Times New Roman" w:cs="Times New Roman"/>
          <w:b w:val="0"/>
          <w:sz w:val="24"/>
        </w:rPr>
        <w:t>We ask that any stockholder who wishes to address the meeting do so at the designated times of the meeting. Please focus your comments on the item of the agenda that is before 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Stockholders should not address the meeting until recognized by the Chairman. If you have to ask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or speak to the meeting, please proceed to the nearest microphone attendant and identify yourself.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being recognized by the Chairman, please identify yourself and your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then state your point and offer your views in support of your position. Again, I ask you to restrict your remarks to the item of the agenda that is before us.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will be provided for comments and questions on other matters related to the company after we have acted on the election of directors and the resolutions set forth in the proxy material.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Inspector of Elections.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Directors on [date], appointed [name] to serve as the Inspector of Elections for all matters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vote at this meeting. The inspector is present and has taken the oath of office. The inspector of elections has tabulated the proxies received prior to the meeting and has informed 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Corporation's common stock is present today in person or by proxy,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440" w:right="0" w:firstLine="0"/>
        <w:jc w:val="both"/>
      </w:pPr>
      <w:r>
        <w:rPr>
          <w:rFonts w:ascii="Times New Roman" w:hAnsi="Times New Roman" w:eastAsia="Times New Roman" w:cs="Times New Roman"/>
          <w:b w:val="0"/>
          <w:sz w:val="24"/>
        </w:rPr>
        <w:t>Stockholders who are voting by proxy need not cast ballots in the voting today unless they wish to change the vote on their proxies. The ushers will provide ballots to those who desire them.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stockholder present wishes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granted proxy, please identify yourself now. (pause)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stockholder has not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and would like to vote his or her shares in person, please identify yourself now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(pause)</w:t>
      </w:r>
    </w:p>
    <w:p>
      <w:pPr>
        <w:keepNext w:val="0"/>
        <w:spacing w:before="200" w:after="0" w:line="260" w:lineRule="exact"/>
        <w:ind w:left="1440" w:right="0" w:firstLine="0"/>
        <w:jc w:val="both"/>
      </w:pPr>
      <w:r>
        <w:rPr>
          <w:rFonts w:ascii="Times New Roman" w:hAnsi="Times New Roman" w:eastAsia="Times New Roman" w:cs="Times New Roman"/>
          <w:b w:val="0"/>
          <w:sz w:val="24"/>
        </w:rPr>
        <w:t>If any person will be voting proxies as the representative of other stockholders, who has not already submitted such proxies to the inspector of elections, please do so now. (pause)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Opening of the Polls.</w:t>
      </w:r>
    </w:p>
    <w:p>
      <w:pPr>
        <w:keepNext w:val="0"/>
        <w:spacing w:before="200" w:after="0" w:line="260" w:lineRule="exact"/>
        <w:ind w:left="1440" w:right="0" w:firstLine="0"/>
        <w:jc w:val="both"/>
      </w:pPr>
      <w:r>
        <w:rPr>
          <w:rFonts w:ascii="Times New Roman" w:hAnsi="Times New Roman" w:eastAsia="Times New Roman" w:cs="Times New Roman"/>
          <w:b w:val="0"/>
          <w:sz w:val="24"/>
        </w:rPr>
        <w:t>The polls for each matter to be voted on at this meeting will open at [time] today, [date].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At this time I would like to have the Secretary introduce those nominees to the Board and directors who are present and I would appreciate it if each one will rise and face the audience upon his or her introduction. I will also ask the audience to please hold any applause until all nominees have been introduced.</w:t>
      </w:r>
    </w:p>
    <w:p>
      <w:pPr>
        <w:keepNext w:val="0"/>
        <w:spacing w:before="200" w:after="0" w:line="260" w:lineRule="exact"/>
        <w:ind w:left="1440" w:right="0" w:firstLine="0"/>
        <w:jc w:val="both"/>
      </w:pPr>
      <w:r>
        <w:rPr>
          <w:rFonts w:ascii="Times New Roman" w:hAnsi="Times New Roman" w:eastAsia="Times New Roman" w:cs="Times New Roman"/>
          <w:b w:val="0"/>
          <w:sz w:val="24"/>
        </w:rPr>
        <w:t>[Introductions made by Secretary]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next item on the order of business is the election of directors. The nominees as set forth in the proxy statement are now before the meeting. Do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for the election of the nominated directors?</w:t>
      </w:r>
    </w:p>
    <w:p>
      <w:pPr>
        <w:keepNext w:val="0"/>
        <w:spacing w:before="200" w:after="0" w:line="260" w:lineRule="exact"/>
        <w:ind w:left="1080" w:right="0" w:firstLine="0"/>
        <w:jc w:val="both"/>
      </w:pPr>
      <w:r>
        <w:rPr>
          <w:rFonts w:ascii="Times New Roman" w:hAnsi="Times New Roman" w:eastAsia="Times New Roman" w:cs="Times New Roman"/>
          <w:b/>
          <w:sz w:val="24"/>
        </w:rPr>
        <w:t>STOCKHOLDER 1:</w:t>
      </w:r>
      <w:r>
        <w:rPr>
          <w:rFonts w:ascii="Times New Roman" w:hAnsi="Times New Roman" w:eastAsia="Times New Roman" w:cs="Times New Roman"/>
          <w:b w:val="0"/>
          <w:sz w:val="24"/>
        </w:rPr>
        <w:t xml:space="preserve"> I move that the election of the nominated directors be approved.</w:t>
      </w:r>
    </w:p>
    <w:p>
      <w:pPr>
        <w:keepNext w:val="0"/>
        <w:spacing w:before="200" w:after="0" w:line="260" w:lineRule="exact"/>
        <w:ind w:left="1080" w:right="0" w:firstLine="0"/>
        <w:jc w:val="both"/>
      </w:pPr>
      <w:r>
        <w:rPr>
          <w:rFonts w:ascii="Times New Roman" w:hAnsi="Times New Roman" w:eastAsia="Times New Roman" w:cs="Times New Roman"/>
          <w:b/>
          <w:sz w:val="24"/>
        </w:rPr>
        <w:t>STOCKHOLDER 2:</w:t>
      </w:r>
      <w:r>
        <w:rPr>
          <w:rFonts w:ascii="Times New Roman" w:hAnsi="Times New Roman" w:eastAsia="Times New Roman" w:cs="Times New Roman"/>
          <w:b w:val="0"/>
          <w:sz w:val="24"/>
        </w:rPr>
        <w:t xml:space="preserve"> I second the motion that has been made.</w:t>
      </w:r>
    </w:p>
    <w:p>
      <w:pPr>
        <w:keepNext w:val="0"/>
        <w:spacing w:before="200" w:after="0" w:line="260" w:lineRule="exact"/>
        <w:ind w:left="1080" w:right="0" w:firstLine="0"/>
        <w:jc w:val="both"/>
      </w:pPr>
      <w:r>
        <w:rPr>
          <w:rFonts w:ascii="Times New Roman" w:hAnsi="Times New Roman" w:eastAsia="Times New Roman" w:cs="Times New Roman"/>
          <w:b/>
          <w:sz w:val="24"/>
        </w:rPr>
        <w:t>CHAIRMAN:</w:t>
      </w:r>
      <w:r>
        <w:rPr>
          <w:rFonts w:ascii="Times New Roman" w:hAnsi="Times New Roman" w:eastAsia="Times New Roman" w:cs="Times New Roman"/>
          <w:b w:val="0"/>
          <w:sz w:val="24"/>
        </w:rPr>
        <w:t xml:space="preserve"> The floor is now open for any questions or comments regarding the 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(discussion, if 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That concludes our discussion of the election of directors. We will now vote on the nomination for election of directors. The board of directors has recommended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"for" the director nominees.</w:t>
      </w:r>
    </w:p>
    <w:p>
      <w:pPr>
        <w:keepNext w:val="0"/>
        <w:spacing w:before="200" w:after="0" w:line="260" w:lineRule="exact"/>
        <w:ind w:left="1080" w:right="0" w:firstLine="0"/>
        <w:jc w:val="both"/>
      </w:pPr>
      <w:r>
        <w:rPr>
          <w:rFonts w:ascii="Times New Roman" w:hAnsi="Times New Roman" w:eastAsia="Times New Roman" w:cs="Times New Roman"/>
          <w:b w:val="0"/>
          <w:sz w:val="24"/>
        </w:rPr>
        <w:t>The ushers will provide ballots for any stockholders who desire them and the inspector of elections will tabulate the votes for the election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Proposal on Independent Accountants.</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no further discussion, the meeting will now proceed to Proposal No. 2 concerning the ratification of the selection of [name] as independent accountants for the current fiscal year. It is on page [page number] of the proxy statement and the resolution included in that proposal is now before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Do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for the ratification of [name] as independent accountants?</w:t>
      </w:r>
    </w:p>
    <w:p>
      <w:pPr>
        <w:keepNext w:val="0"/>
        <w:spacing w:before="200" w:after="0" w:line="260" w:lineRule="exact"/>
        <w:ind w:left="1080" w:right="0" w:firstLine="0"/>
        <w:jc w:val="both"/>
      </w:pPr>
      <w:r>
        <w:rPr>
          <w:rFonts w:ascii="Times New Roman" w:hAnsi="Times New Roman" w:eastAsia="Times New Roman" w:cs="Times New Roman"/>
          <w:b/>
          <w:sz w:val="24"/>
        </w:rPr>
        <w:t>STOCKHOLDER 1:</w:t>
      </w:r>
      <w:r>
        <w:rPr>
          <w:rFonts w:ascii="Times New Roman" w:hAnsi="Times New Roman" w:eastAsia="Times New Roman" w:cs="Times New Roman"/>
          <w:b w:val="0"/>
          <w:sz w:val="24"/>
        </w:rPr>
        <w:t xml:space="preserve"> So moved.</w:t>
      </w:r>
    </w:p>
    <w:p>
      <w:pPr>
        <w:keepNext w:val="0"/>
        <w:spacing w:before="200" w:after="0" w:line="260" w:lineRule="exact"/>
        <w:ind w:left="1080" w:right="0" w:firstLine="0"/>
        <w:jc w:val="both"/>
      </w:pPr>
      <w:r>
        <w:rPr>
          <w:rFonts w:ascii="Times New Roman" w:hAnsi="Times New Roman" w:eastAsia="Times New Roman" w:cs="Times New Roman"/>
          <w:b/>
          <w:sz w:val="24"/>
        </w:rPr>
        <w:t>STOCKHOLDER 2:</w:t>
      </w:r>
      <w:r>
        <w:rPr>
          <w:rFonts w:ascii="Times New Roman" w:hAnsi="Times New Roman" w:eastAsia="Times New Roman" w:cs="Times New Roman"/>
          <w:b w:val="0"/>
          <w:sz w:val="24"/>
        </w:rPr>
        <w:t xml:space="preserve"> I second the motion that has been made.</w:t>
      </w:r>
    </w:p>
    <w:p>
      <w:pPr>
        <w:keepNext w:val="0"/>
        <w:spacing w:before="200" w:after="0" w:line="260" w:lineRule="exact"/>
        <w:ind w:left="1080" w:right="0" w:firstLine="0"/>
        <w:jc w:val="both"/>
      </w:pPr>
      <w:r>
        <w:rPr>
          <w:rFonts w:ascii="Times New Roman" w:hAnsi="Times New Roman" w:eastAsia="Times New Roman" w:cs="Times New Roman"/>
          <w:b/>
          <w:sz w:val="24"/>
        </w:rPr>
        <w:t>CHAIRMAN:</w:t>
      </w:r>
      <w:r>
        <w:rPr>
          <w:rFonts w:ascii="Times New Roman" w:hAnsi="Times New Roman" w:eastAsia="Times New Roman" w:cs="Times New Roman"/>
          <w:b w:val="0"/>
          <w:sz w:val="24"/>
        </w:rPr>
        <w:t xml:space="preserve"> The floor is now open for any questions or comments regarding the ratification of independent accountants.</w:t>
      </w:r>
    </w:p>
    <w:p>
      <w:pPr>
        <w:keepNext w:val="0"/>
        <w:spacing w:before="200" w:after="0" w:line="260" w:lineRule="exact"/>
        <w:ind w:left="1080" w:right="0" w:firstLine="0"/>
        <w:jc w:val="both"/>
      </w:pPr>
      <w:r>
        <w:rPr>
          <w:rFonts w:ascii="Times New Roman" w:hAnsi="Times New Roman" w:eastAsia="Times New Roman" w:cs="Times New Roman"/>
          <w:b w:val="0"/>
          <w:sz w:val="24"/>
        </w:rPr>
        <w:t>(discussion, if 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That concludes our discussion of the ratification of independent accountant. We will now vote on such ratification. The board of directors [and the audit committee] has recommended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"for" the ratification of [name] as the independent accountants for the Corporation for the current 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The ushers will provide ballots for any stockholders who desire them and the inspector of elections will tabulate the votes for the 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[if there are other matters to be brought before the meeting, address here]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the Polls and Report of Inspector.</w:t>
      </w:r>
    </w:p>
    <w:p>
      <w:pPr>
        <w:keepNext w:val="0"/>
        <w:spacing w:before="200" w:after="0" w:line="260" w:lineRule="exact"/>
        <w:ind w:left="1080" w:right="0" w:firstLine="0"/>
        <w:jc w:val="both"/>
      </w:pPr>
      <w:r>
        <w:rPr>
          <w:rFonts w:ascii="Times New Roman" w:hAnsi="Times New Roman" w:eastAsia="Times New Roman" w:cs="Times New Roman"/>
          <w:b w:val="0"/>
          <w:sz w:val="24"/>
        </w:rPr>
        <w:t>The next item on the order of business is the report of the inspector of elections. The polls are now closed for each matter voted upon at this meeting.</w:t>
      </w:r>
    </w:p>
    <w:p>
      <w:pPr>
        <w:keepNext w:val="0"/>
        <w:spacing w:before="200" w:after="0" w:line="260" w:lineRule="exact"/>
        <w:ind w:left="1080" w:right="0" w:firstLine="0"/>
        <w:jc w:val="both"/>
      </w:pPr>
      <w:r>
        <w:rPr>
          <w:rFonts w:ascii="Times New Roman" w:hAnsi="Times New Roman" w:eastAsia="Times New Roman" w:cs="Times New Roman"/>
          <w:b w:val="0"/>
          <w:sz w:val="24"/>
        </w:rPr>
        <w:t>(pause to tabulate any in-person votes)</w:t>
      </w:r>
    </w:p>
    <w:p>
      <w:pPr>
        <w:keepNext w:val="0"/>
        <w:spacing w:before="200" w:after="0" w:line="260" w:lineRule="exact"/>
        <w:ind w:left="1080" w:right="0" w:firstLine="0"/>
        <w:jc w:val="both"/>
      </w:pPr>
      <w:r>
        <w:rPr>
          <w:rFonts w:ascii="Times New Roman" w:hAnsi="Times New Roman" w:eastAsia="Times New Roman" w:cs="Times New Roman"/>
          <w:b w:val="0"/>
          <w:sz w:val="24"/>
        </w:rPr>
        <w:t>The inspector of elections has tabulated the votes on the proposals that have been voted upon at today's meeting. The results of the voting are as follows:</w:t>
      </w:r>
    </w:p>
    <w:p>
      <w:pPr>
        <w:keepNext w:val="0"/>
        <w:spacing w:before="200" w:after="0" w:line="260" w:lineRule="exact"/>
        <w:ind w:left="1440" w:right="0" w:firstLine="0"/>
        <w:jc w:val="both"/>
      </w:pPr>
      <w:r>
        <w:rPr>
          <w:rFonts w:ascii="Times New Roman" w:hAnsi="Times New Roman" w:eastAsia="Times New Roman" w:cs="Times New Roman"/>
          <w:b/>
          <w:sz w:val="24"/>
        </w:rPr>
        <w:t>INSPECTOR OF ELECTIONS: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is present and [names] have been elected as members of the board of directors of the Corporation by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of the shares represented at this meeting in person or by proxy. [name]'s appointment as the independent accountants of the Corporation has been ratified.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1080" w:right="0" w:firstLine="0"/>
        <w:jc w:val="both"/>
      </w:pPr>
      <w:r>
        <w:rPr>
          <w:rFonts w:ascii="Times New Roman" w:hAnsi="Times New Roman" w:eastAsia="Times New Roman" w:cs="Times New Roman"/>
          <w:b/>
          <w:sz w:val="24"/>
        </w:rPr>
        <w:t>CHAIRMAN:</w:t>
      </w:r>
      <w:r>
        <w:rPr>
          <w:rFonts w:ascii="Times New Roman" w:hAnsi="Times New Roman" w:eastAsia="Times New Roman" w:cs="Times New Roman"/>
          <w:b w:val="0"/>
          <w:sz w:val="24"/>
        </w:rPr>
        <w:t xml:space="preserve"> This concludes the formal business of the meeting. I want to thank all of you for attending today's meeting and for the interest you have shown in the affairs of your company. If there is nothing further to come before the meeting, it is adjourned.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Discussion of Annual Report.</w:t>
      </w:r>
    </w:p>
    <w:p>
      <w:pPr>
        <w:keepNext w:val="0"/>
        <w:spacing w:before="200" w:after="0" w:line="260" w:lineRule="exact"/>
        <w:ind w:left="1080" w:right="0" w:firstLine="0"/>
        <w:jc w:val="both"/>
      </w:pPr>
      <w:r>
        <w:rPr>
          <w:rFonts w:ascii="Times New Roman" w:hAnsi="Times New Roman" w:eastAsia="Times New Roman" w:cs="Times New Roman"/>
          <w:b w:val="0"/>
          <w:sz w:val="24"/>
        </w:rPr>
        <w:t>We will now have the report on the state of the business of the Corporation. (General Discussion Period)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