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Annual Shareholders’ Meeting Agenda and Script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I am [name], President of [name of corporation]. Before this shareholders’ meeting begins, I want to welcome you and express the thanks of management for your attendance here today. Will the meeting please come to order. [name], the Secretary of the Corporation, will now present proof of the due calling of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Secretary:</w:t>
      </w:r>
      <w:r>
        <w:rPr>
          <w:rFonts w:ascii="Times New Roman" w:hAnsi="Times New Roman" w:eastAsia="Times New Roman" w:cs="Times New Roman"/>
          <w:b w:val="0"/>
          <w:sz w:val="24"/>
        </w:rPr>
        <w:t xml:space="preserve"> I present the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printed notice of meeting dated [date], stating the meeting’s time, place, and purpose. I suggest that, unless specifically requested, we dispense with the reading of the notice. (b) Complete list certified by the [name of transfer agent], the transfer agent for the Corporation, of the holders of the common shares of the Corporation as of the close of business on [date], the record date fixed by the Board of Directors for shareholders entitled to notice of and to vote at this meeting. This list, which will be kept open to the inspection of shareholders throughout the course of the meeting, shows that at the close of business on [date], there were [number] common shares of the Corporation issued and outstanding. (c) Affidavit of [name],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[name of transfer agent], showing that he caused to be mailed on [date], to each of the shareholders of record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of the annual meeting of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The Secretary is directed to incorporate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of meeting together with the affidavit of mailing of the notice in the minute book of the Corporation as part of the minutes of this meeting. The minute book of the Corporation is here and will be kept open to the inspection of shareholders throughout the course of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Pursuant to the authority vested in the chairman by the Bylaws, I hereby appoint [name] and [name] as inspectors of election.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Will the inspectors execute their oath of office.</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(Upon receiving oath of inspectors). The inspectors have duly taken their oath of office in writing. I direct that it be filed with the minutes of this meeting and that the inspectors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poll of the shares represented at the meeting in person or by proxy.</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Secretary:</w:t>
      </w:r>
      <w:r>
        <w:rPr>
          <w:rFonts w:ascii="Times New Roman" w:hAnsi="Times New Roman" w:eastAsia="Times New Roman" w:cs="Times New Roman"/>
          <w:b w:val="0"/>
          <w:sz w:val="24"/>
        </w:rPr>
        <w:t xml:space="preserve"> (After allowing time for poll of shares). There are present in person or by proxy at this meeting the holders of record at the close of business on [date],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[number] common shares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The holders of record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issued and outstanding common shares of the Corporation entitled to vote at this meeting being present in person or by proxy,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The meeting is declared lawfully and properly convened and competent to proceed to the transaction of the business for which it has been called and as stated in the notice.</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The minutes of the [year] annual meeting of shareholders are open for inspection throughout the course of the meeting. I suggest that, unless specifically requested, we dispense with the reading of those minutes.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There being no such request, I present to the meeting the Annual Report for the fiscal year ended [date], which was mailed in printed form to the shareholders. In view of the fact that the shareholders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report, the chair will entertain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that the reading of the report be waived.</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Shareholder:</w:t>
      </w:r>
      <w:r>
        <w:rPr>
          <w:rFonts w:ascii="Times New Roman" w:hAnsi="Times New Roman" w:eastAsia="Times New Roman" w:cs="Times New Roman"/>
          <w:b w:val="0"/>
          <w:sz w:val="24"/>
        </w:rPr>
        <w:t xml:space="preserve"> I so move.</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Shareholder:</w:t>
      </w:r>
      <w:r>
        <w:rPr>
          <w:rFonts w:ascii="Times New Roman" w:hAnsi="Times New Roman" w:eastAsia="Times New Roman" w:cs="Times New Roman"/>
          <w:b w:val="0"/>
          <w:sz w:val="24"/>
        </w:rPr>
        <w:t xml:space="preserve"> I second the motion.</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You have heard the motion. Are you ready for the question? All those in favor of the motion say “aye.” All those opposed say “no.” Since there is no opposition, the “ayes” have it and the motion is adopted.</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This meeting has been called to elect directors to serve for one year and until their successors are elected and qualify. The Secretary will present the nominations of management to the holders of common shares.</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Secretary:</w:t>
      </w:r>
      <w:r>
        <w:rPr>
          <w:rFonts w:ascii="Times New Roman" w:hAnsi="Times New Roman" w:eastAsia="Times New Roman" w:cs="Times New Roman"/>
          <w:b w:val="0"/>
          <w:sz w:val="24"/>
        </w:rPr>
        <w:t xml:space="preserve"> I nominate:</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Shareholder:</w:t>
      </w:r>
      <w:r>
        <w:rPr>
          <w:rFonts w:ascii="Times New Roman" w:hAnsi="Times New Roman" w:eastAsia="Times New Roman" w:cs="Times New Roman"/>
          <w:b w:val="0"/>
          <w:sz w:val="24"/>
        </w:rPr>
        <w:t xml:space="preserve"> I second the nominations.</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Are there any further nominations by holders of common shares? (Allowing time for nominations).</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No further nominations being heard, nominations are declared closed.</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The inspectors will take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ballot and act as tellers. While the voting takes place on this and other matters to be voted upon, I will discuss some of the highlights of the Annual Report.</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(After allowing time for voting). Are there any common shareholders who desire to vote and who have not done so? I declare the polls closed.</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(After receiving the report of inspectors). The report of inspectors shows that the holders of [number,] common shares of the Corporation, being in excess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common shareholders present in person or by proxy, have voted for the election of:</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as directors. They are hereby declared elected to serve as directors of the Corporation for one year and until their successors are elected and qualify. The report of the inspectors is approved and ordered appended to the minutes of this meeting.</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further purpose of this meeting is to approve and ratify the Corporation’s incentive stock option plan as amended. (Reading summary of plan from Annual Report—calling shareholders’ attention to summary on Page 10 of Annual Report). The Secretary will now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ratifying the Corporation’s incentive stock option plan as amended.</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Secretary:</w:t>
      </w:r>
    </w:p>
    <w:p>
      <w:pPr>
        <w:keepNext w:val="0"/>
        <w:spacing w:before="200" w:after="0" w:line="260" w:lineRule="exact"/>
        <w:ind w:left="720" w:right="0" w:firstLine="0"/>
        <w:jc w:val="both"/>
      </w:pPr>
      <w:r>
        <w:rPr>
          <w:rFonts w:ascii="Times New Roman" w:hAnsi="Times New Roman" w:eastAsia="Times New Roman" w:cs="Times New Roman"/>
          <w:b w:val="0"/>
          <w:sz w:val="24"/>
        </w:rPr>
        <w:t>“IT IS RESOLVED AS FOLLOWS:</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Approval and ratification of incentive stock option plan.</w:t>
      </w:r>
      <w:r>
        <w:rPr>
          <w:rFonts w:ascii="Times New Roman" w:hAnsi="Times New Roman" w:eastAsia="Times New Roman" w:cs="Times New Roman"/>
          <w:b w:val="0"/>
          <w:sz w:val="24"/>
        </w:rPr>
        <w:t xml:space="preserve"> The Corporation’s incentive stock option plan as adopted by the Board of Directors on [date], and as amended by the Board of Directors on [date], is hereby approved and ratified.”</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Will someone move the adoption of the resolution?</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Shareholder:</w:t>
      </w:r>
      <w:r>
        <w:rPr>
          <w:rFonts w:ascii="Times New Roman" w:hAnsi="Times New Roman" w:eastAsia="Times New Roman" w:cs="Times New Roman"/>
          <w:b w:val="0"/>
          <w:sz w:val="24"/>
        </w:rPr>
        <w:t xml:space="preserve"> I so move.</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Is there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w:t>
      </w:r>
    </w:p>
    <w:p>
      <w:pPr>
        <w:keepNext w:val="0"/>
        <w:spacing w:before="120" w:after="0" w:line="260" w:lineRule="exact"/>
        <w:ind w:left="720" w:right="0" w:firstLine="0"/>
        <w:jc w:val="left"/>
      </w:pPr>
      <w:r>
        <w:rPr>
          <w:rFonts w:ascii="Times New Roman" w:hAnsi="Times New Roman" w:eastAsia="Times New Roman" w:cs="Times New Roman"/>
          <w:b w:val="0"/>
          <w:sz w:val="24"/>
        </w:rPr>
        <w:t>28.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Shareholder:</w:t>
      </w:r>
      <w:r>
        <w:rPr>
          <w:rFonts w:ascii="Times New Roman" w:hAnsi="Times New Roman" w:eastAsia="Times New Roman" w:cs="Times New Roman"/>
          <w:b w:val="0"/>
          <w:sz w:val="24"/>
        </w:rPr>
        <w:t xml:space="preserve"> I second the motion.</w:t>
      </w:r>
    </w:p>
    <w:p>
      <w:pPr>
        <w:keepNext w:val="0"/>
        <w:spacing w:before="120" w:after="0" w:line="260" w:lineRule="exact"/>
        <w:ind w:left="720" w:right="0" w:firstLine="0"/>
        <w:jc w:val="left"/>
      </w:pPr>
      <w:r>
        <w:rPr>
          <w:rFonts w:ascii="Times New Roman" w:hAnsi="Times New Roman" w:eastAsia="Times New Roman" w:cs="Times New Roman"/>
          <w:b w:val="0"/>
          <w:sz w:val="24"/>
        </w:rPr>
        <w:t>29.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Any discussion? The inspectors will take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ballot and act as tellers. (Discussing other highlights of Annual Report).</w:t>
      </w:r>
    </w:p>
    <w:p>
      <w:pPr>
        <w:keepNext w:val="0"/>
        <w:spacing w:before="120" w:after="0" w:line="260" w:lineRule="exact"/>
        <w:ind w:left="720" w:right="0" w:firstLine="0"/>
        <w:jc w:val="left"/>
      </w:pPr>
      <w:r>
        <w:rPr>
          <w:rFonts w:ascii="Times New Roman" w:hAnsi="Times New Roman" w:eastAsia="Times New Roman" w:cs="Times New Roman"/>
          <w:b w:val="0"/>
          <w:sz w:val="24"/>
        </w:rPr>
        <w:t>30.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(After allowing time for voting). Are there shareholders who desire to vote and have not done so? I declare the polls closed.</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(After receiving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inspectors). The report of the inspectors shows that the holders of [number] common shares of the Corporation entitled to vote at this meeting being in excess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shareholders present in person or by proxy have voted for the resolution and that the holders of no shares have voted against the resolution. The Corporation’s restricted stock option plan as amended is ratified. The report of the inspectors is approved and ordered appended to the minutes of this meeting.</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Another purpose of this meeting is to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split. As you are aware, the Corporation has experienced significant growth during the preceding year. The book value of the Corporation’s stock has increased dramatically. The directors have discussed the possibility of issuing additional shares of stock to raise capital for the anticipated future expansion of the Corporation. The directors have also discussed the possibility of declaring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one-for-one stock split which would have the effect of dividing the book value per share of the Corporation in half. Of course, the number of shares that each shareholder then owns would double. The directors and officers feel that the reduction in book value per share of the Corporation would make it easier to sell additional stock in the future because the selling price would be lower.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lower price, we feel the stock would appeal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much larger group of potential buyers.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directors and officers strongly recommend that the proposed stock split be approved. If approved, each shareholder would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certificate which will represent the same number of shares that the shareholder presently owns. In effect, if the stock split is approved, each shareholder will own twice as many shares as he now owns and the book value of each share will be cut in half. The Secretary will now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adopting the Corporation’s stock split.</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Secretary:</w:t>
      </w:r>
    </w:p>
    <w:p>
      <w:pPr>
        <w:keepNext w:val="0"/>
        <w:spacing w:before="200" w:after="0" w:line="260" w:lineRule="exact"/>
        <w:ind w:left="720" w:right="0" w:firstLine="0"/>
        <w:jc w:val="both"/>
      </w:pPr>
      <w:r>
        <w:rPr>
          <w:rFonts w:ascii="Times New Roman" w:hAnsi="Times New Roman" w:eastAsia="Times New Roman" w:cs="Times New Roman"/>
          <w:b w:val="0"/>
          <w:sz w:val="24"/>
        </w:rPr>
        <w:t>IT IS RESOLVED AS FOLLOWS:</w:t>
      </w:r>
    </w:p>
    <w:p>
      <w:pPr>
        <w:keepNext w:val="0"/>
        <w:spacing w:before="200" w:after="0" w:line="260" w:lineRule="exact"/>
        <w:ind w:left="720" w:right="0" w:firstLine="0"/>
        <w:jc w:val="both"/>
      </w:pPr>
      <w:r>
        <w:rPr>
          <w:rFonts w:ascii="Times New Roman" w:hAnsi="Times New Roman" w:eastAsia="Times New Roman" w:cs="Times New Roman"/>
          <w:b w:val="0"/>
          <w:sz w:val="24"/>
        </w:rPr>
        <w:t>Declaration of stock split.</w:t>
      </w:r>
      <w:r>
        <w:rPr>
          <w:rFonts w:ascii="Times New Roman" w:hAnsi="Times New Roman" w:eastAsia="Times New Roman" w:cs="Times New Roman"/>
          <w:b w:val="0"/>
          <w:sz w:val="24"/>
        </w:rPr>
        <w:t xml:space="preserve"> There hereby is declared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one-for-one stock split of the issued and outstanding shares of the voting common stock of the Corporation, such stock split to be effective by the issuance of one additional share of voting common stock with respect to each share of voting common stock issued and outstanding to the shareholders of record at the close of business on [date]. The officers of the Corporation hereby authorize and direct you to cause stock certificates representing such additional shares to be issued in the respective names of said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Will someone move the adoption of the resolution?</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Shareholder:</w:t>
      </w:r>
      <w:r>
        <w:rPr>
          <w:rFonts w:ascii="Times New Roman" w:hAnsi="Times New Roman" w:eastAsia="Times New Roman" w:cs="Times New Roman"/>
          <w:b w:val="0"/>
          <w:sz w:val="24"/>
        </w:rPr>
        <w:t xml:space="preserve"> I so move.</w:t>
      </w:r>
    </w:p>
    <w:p>
      <w:pPr>
        <w:keepNext w:val="0"/>
        <w:spacing w:before="120" w:after="0" w:line="260" w:lineRule="exact"/>
        <w:ind w:left="720" w:right="0" w:firstLine="0"/>
        <w:jc w:val="left"/>
      </w:pPr>
      <w:r>
        <w:rPr>
          <w:rFonts w:ascii="Times New Roman" w:hAnsi="Times New Roman" w:eastAsia="Times New Roman" w:cs="Times New Roman"/>
          <w:b w:val="0"/>
          <w:sz w:val="24"/>
        </w:rPr>
        <w:t>36.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Is there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w:t>
      </w:r>
    </w:p>
    <w:p>
      <w:pPr>
        <w:keepNext w:val="0"/>
        <w:spacing w:before="120" w:after="0" w:line="260" w:lineRule="exact"/>
        <w:ind w:left="720" w:right="0" w:firstLine="0"/>
        <w:jc w:val="left"/>
      </w:pPr>
      <w:r>
        <w:rPr>
          <w:rFonts w:ascii="Times New Roman" w:hAnsi="Times New Roman" w:eastAsia="Times New Roman" w:cs="Times New Roman"/>
          <w:b w:val="0"/>
          <w:sz w:val="24"/>
        </w:rPr>
        <w:t>37.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Shareholder:</w:t>
      </w:r>
      <w:r>
        <w:rPr>
          <w:rFonts w:ascii="Times New Roman" w:hAnsi="Times New Roman" w:eastAsia="Times New Roman" w:cs="Times New Roman"/>
          <w:b w:val="0"/>
          <w:sz w:val="24"/>
        </w:rPr>
        <w:t xml:space="preserve"> I second the motion.</w:t>
      </w:r>
    </w:p>
    <w:p>
      <w:pPr>
        <w:keepNext w:val="0"/>
        <w:spacing w:before="120" w:after="0" w:line="260" w:lineRule="exact"/>
        <w:ind w:left="720" w:right="0" w:firstLine="0"/>
        <w:jc w:val="left"/>
      </w:pPr>
      <w:r>
        <w:rPr>
          <w:rFonts w:ascii="Times New Roman" w:hAnsi="Times New Roman" w:eastAsia="Times New Roman" w:cs="Times New Roman"/>
          <w:b w:val="0"/>
          <w:sz w:val="24"/>
        </w:rPr>
        <w:t>38.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Any discussion? The inspectors will take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ballot and act as tellers (discussing other highlights of Annual Report).</w:t>
      </w:r>
    </w:p>
    <w:p>
      <w:pPr>
        <w:keepNext w:val="0"/>
        <w:spacing w:before="120" w:after="0" w:line="260" w:lineRule="exact"/>
        <w:ind w:left="720" w:right="0" w:firstLine="0"/>
        <w:jc w:val="left"/>
      </w:pPr>
      <w:r>
        <w:rPr>
          <w:rFonts w:ascii="Times New Roman" w:hAnsi="Times New Roman" w:eastAsia="Times New Roman" w:cs="Times New Roman"/>
          <w:b w:val="0"/>
          <w:sz w:val="24"/>
        </w:rPr>
        <w:t>39.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(After allowing time for voting.) Are there shareholders who desire to vote and have not done so? I declare the polls closed.</w:t>
      </w:r>
    </w:p>
    <w:p>
      <w:pPr>
        <w:keepNext w:val="0"/>
        <w:spacing w:before="120" w:after="0" w:line="260" w:lineRule="exact"/>
        <w:ind w:left="720" w:right="0" w:firstLine="0"/>
        <w:jc w:val="left"/>
      </w:pPr>
      <w:r>
        <w:rPr>
          <w:rFonts w:ascii="Times New Roman" w:hAnsi="Times New Roman" w:eastAsia="Times New Roman" w:cs="Times New Roman"/>
          <w:b w:val="0"/>
          <w:sz w:val="24"/>
        </w:rPr>
        <w:t>40.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(After receiving the report of the inspectors.) The report of inspectors shows that the holders of [number, e.g., 510,000] common shares of the Corporation, being in excess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common shareholders present in person or by proxy, have voted to approve the one-for-one stock split. The report of the inspectors is approved and ordered appended to the minutes of this meeting.</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Is there any other business to come before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Secretary:</w:t>
      </w:r>
      <w:r>
        <w:rPr>
          <w:rFonts w:ascii="Times New Roman" w:hAnsi="Times New Roman" w:eastAsia="Times New Roman" w:cs="Times New Roman"/>
          <w:b w:val="0"/>
          <w:sz w:val="24"/>
        </w:rPr>
        <w:t xml:space="preserve"> I wish to present the following resolution:</w:t>
      </w:r>
    </w:p>
    <w:p>
      <w:pPr>
        <w:keepNext w:val="0"/>
        <w:spacing w:before="200" w:after="0" w:line="260" w:lineRule="exact"/>
        <w:ind w:left="720" w:right="0" w:firstLine="0"/>
        <w:jc w:val="both"/>
      </w:pPr>
      <w:r>
        <w:rPr>
          <w:rFonts w:ascii="Times New Roman" w:hAnsi="Times New Roman" w:eastAsia="Times New Roman" w:cs="Times New Roman"/>
          <w:b w:val="0"/>
          <w:sz w:val="24"/>
        </w:rPr>
        <w:t>“IT IS RESOLVED AS FOLLOWS:</w:t>
      </w:r>
    </w:p>
    <w:p>
      <w:pPr>
        <w:keepNext w:val="0"/>
        <w:spacing w:before="200" w:after="0" w:line="260" w:lineRule="exact"/>
        <w:ind w:left="7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Retention of auditors.</w:t>
      </w:r>
      <w:r>
        <w:rPr>
          <w:rFonts w:ascii="Times New Roman" w:hAnsi="Times New Roman" w:eastAsia="Times New Roman" w:cs="Times New Roman"/>
          <w:b w:val="0"/>
          <w:sz w:val="24"/>
        </w:rPr>
        <w:t xml:space="preserve"> The firm of [name of auditors] shall continue to serve as auditors of the Corporation in [year].”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Will someone move the adoption of the resolution?</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Shareholder:</w:t>
      </w:r>
      <w:r>
        <w:rPr>
          <w:rFonts w:ascii="Times New Roman" w:hAnsi="Times New Roman" w:eastAsia="Times New Roman" w:cs="Times New Roman"/>
          <w:b w:val="0"/>
          <w:sz w:val="24"/>
        </w:rPr>
        <w:t xml:space="preserve"> I so move.</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Is there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Shareholder:</w:t>
      </w:r>
      <w:r>
        <w:rPr>
          <w:rFonts w:ascii="Times New Roman" w:hAnsi="Times New Roman" w:eastAsia="Times New Roman" w:cs="Times New Roman"/>
          <w:b w:val="0"/>
          <w:sz w:val="24"/>
        </w:rPr>
        <w:t xml:space="preserve"> I second the motion.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Any discussion?</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All in favor say “aye.” All those opposed say “no.” There being no opposition, the “ayes” have it and the motion is adopted.</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Are there any questions? (Leaving time for questions and answers).</w:t>
      </w:r>
    </w:p>
    <w:p>
      <w:pPr>
        <w:keepNext w:val="0"/>
        <w:spacing w:before="120" w:after="0" w:line="260" w:lineRule="exact"/>
        <w:ind w:left="720" w:right="0" w:firstLine="0"/>
        <w:jc w:val="left"/>
      </w:pPr>
      <w:r>
        <w:rPr>
          <w:rFonts w:ascii="Times New Roman" w:hAnsi="Times New Roman" w:eastAsia="Times New Roman" w:cs="Times New Roman"/>
          <w:b w:val="0"/>
          <w:sz w:val="24"/>
        </w:rPr>
        <w:t>50.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Is there any other business to come before the meeting? Otherwise, the chair will entertain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adjourn.</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Shareholder:</w:t>
      </w:r>
      <w:r>
        <w:rPr>
          <w:rFonts w:ascii="Times New Roman" w:hAnsi="Times New Roman" w:eastAsia="Times New Roman" w:cs="Times New Roman"/>
          <w:b w:val="0"/>
          <w:sz w:val="24"/>
        </w:rPr>
        <w:t xml:space="preserve"> I move that the meeting be adjourned.</w:t>
      </w:r>
    </w:p>
    <w:p>
      <w:pPr>
        <w:keepNext w:val="0"/>
        <w:spacing w:before="120" w:after="0" w:line="260" w:lineRule="exact"/>
        <w:ind w:left="720" w:right="0" w:firstLine="0"/>
        <w:jc w:val="left"/>
      </w:pPr>
      <w:r>
        <w:rPr>
          <w:rFonts w:ascii="Times New Roman" w:hAnsi="Times New Roman" w:eastAsia="Times New Roman" w:cs="Times New Roman"/>
          <w:b w:val="0"/>
          <w:sz w:val="24"/>
        </w:rPr>
        <w:t>52.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Shareholder:</w:t>
      </w:r>
      <w:r>
        <w:rPr>
          <w:rFonts w:ascii="Times New Roman" w:hAnsi="Times New Roman" w:eastAsia="Times New Roman" w:cs="Times New Roman"/>
          <w:b w:val="0"/>
          <w:sz w:val="24"/>
        </w:rPr>
        <w:t xml:space="preserve"> I second the motion.</w:t>
      </w:r>
    </w:p>
    <w:p>
      <w:pPr>
        <w:keepNext w:val="0"/>
        <w:spacing w:before="120" w:after="0" w:line="260" w:lineRule="exact"/>
        <w:ind w:left="720" w:right="0" w:firstLine="0"/>
        <w:jc w:val="left"/>
      </w:pPr>
      <w:r>
        <w:rPr>
          <w:rFonts w:ascii="Times New Roman" w:hAnsi="Times New Roman" w:eastAsia="Times New Roman" w:cs="Times New Roman"/>
          <w:b w:val="0"/>
          <w:sz w:val="24"/>
        </w:rPr>
        <w:t>53.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Chairman:</w:t>
      </w:r>
      <w:r>
        <w:rPr>
          <w:rFonts w:ascii="Times New Roman" w:hAnsi="Times New Roman" w:eastAsia="Times New Roman" w:cs="Times New Roman"/>
          <w:b w:val="0"/>
          <w:sz w:val="24"/>
        </w:rPr>
        <w:t xml:space="preserve"> The chair hears no objection. The meeting is adjourned.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