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Annual Shareholders' Meeting Minutes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Annual Shareholders' Meeting Minutes</w:t>
      </w:r>
    </w:p>
    <w:p>
      <w:pPr>
        <w:keepNext w:val="0"/>
        <w:spacing w:before="120" w:after="0" w:line="260" w:lineRule="exact"/>
        <w:ind w:left="720" w:right="0" w:firstLine="0"/>
        <w:jc w:val="left"/>
      </w:pPr>
      <w:r>
        <w:rPr>
          <w:rFonts w:ascii="Times New Roman" w:hAnsi="Times New Roman" w:eastAsia="Times New Roman" w:cs="Times New Roman"/>
          <w:b/>
          <w:sz w:val="24"/>
        </w:rPr>
        <w:t>Time and Place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annual meeting of the shareholders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 [state] corporation, was held at the principal office of the corporation at [address], [state], on [day and date], 20__, at [time], the time and place prescribed by the bylaws for the purpose of electing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of Directors, considering reports of the affairs of the corporation, and transacting other business within the powers of the shareholders.</w:t>
      </w:r>
    </w:p>
    <w:p>
      <w:pPr>
        <w:keepNext w:val="0"/>
        <w:spacing w:before="120" w:after="0" w:line="260" w:lineRule="exact"/>
        <w:ind w:left="720" w:right="0" w:firstLine="0"/>
        <w:jc w:val="left"/>
      </w:pPr>
      <w:r>
        <w:rPr>
          <w:rFonts w:ascii="Times New Roman" w:hAnsi="Times New Roman" w:eastAsia="Times New Roman" w:cs="Times New Roman"/>
          <w:b/>
          <w:sz w:val="24"/>
        </w:rPr>
        <w:t>Call to Order—Chairman and Secretary</w:t>
      </w:r>
    </w:p>
    <w:p>
      <w:pPr>
        <w:keepNext w:val="0"/>
        <w:spacing w:before="200" w:after="0" w:line="260" w:lineRule="exact"/>
        <w:ind w:left="1080" w:right="0" w:firstLine="0"/>
        <w:jc w:val="both"/>
      </w:pPr>
      <w:r>
        <w:rPr>
          <w:rFonts w:ascii="Times New Roman" w:hAnsi="Times New Roman" w:eastAsia="Times New Roman" w:cs="Times New Roman"/>
          <w:b w:val="0"/>
          <w:sz w:val="24"/>
        </w:rPr>
        <w:t>The meeting was called to order by [name], President of the corporation. As authorized by the bylaws, the President presided as Chairman of the meeting, and [name], Secretary of the corporation, acted as Secretary of the meeting and recorded the minutes.</w:t>
      </w:r>
    </w:p>
    <w:p>
      <w:pPr>
        <w:keepNext w:val="0"/>
        <w:spacing w:before="120" w:after="0" w:line="260" w:lineRule="exact"/>
        <w:ind w:left="720" w:right="0" w:firstLine="0"/>
        <w:jc w:val="left"/>
      </w:pPr>
      <w:r>
        <w:rPr>
          <w:rFonts w:ascii="Times New Roman" w:hAnsi="Times New Roman" w:eastAsia="Times New Roman" w:cs="Times New Roman"/>
          <w:b/>
          <w:sz w:val="24"/>
        </w:rPr>
        <w:t>Validity of Meeting</w:t>
      </w:r>
    </w:p>
    <w:p>
      <w:pPr>
        <w:keepNext w:val="0"/>
        <w:spacing w:before="200" w:after="0" w:line="260" w:lineRule="exact"/>
        <w:ind w:left="1080" w:right="0" w:firstLine="0"/>
        <w:jc w:val="both"/>
      </w:pPr>
      <w:r>
        <w:rPr>
          <w:rFonts w:ascii="Times New Roman" w:hAnsi="Times New Roman" w:eastAsia="Times New Roman" w:cs="Times New Roman"/>
          <w:b w:val="0"/>
          <w:sz w:val="24"/>
        </w:rPr>
        <w:t>The meeting being held in accordance with the terms of the bylaws of the corporation, the Chairman declared that the meeting was lawfully and properly convened.</w:t>
      </w:r>
    </w:p>
    <w:p>
      <w:pPr>
        <w:keepNext w:val="0"/>
        <w:spacing w:before="120" w:after="0" w:line="260" w:lineRule="exact"/>
        <w:ind w:left="720" w:right="0" w:firstLine="0"/>
        <w:jc w:val="left"/>
      </w:pPr>
      <w:r>
        <w:rPr>
          <w:rFonts w:ascii="Times New Roman" w:hAnsi="Times New Roman" w:eastAsia="Times New Roman" w:cs="Times New Roman"/>
          <w:b/>
          <w:sz w:val="24"/>
        </w:rPr>
        <w:t>Shareholders Present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following roll of holders of [all] [number] of the outstanding shares of the corporation was called, and the Secretary declared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was present. </w:t>
      </w:r>
    </w:p>
    <w:p>
      <w:pPr>
        <w:keepNext w:val="0"/>
        <w:spacing w:before="120" w:after="0" w:line="260" w:lineRule="exact"/>
        <w:ind w:left="720" w:right="0" w:firstLine="0"/>
        <w:jc w:val="left"/>
      </w:pPr>
      <w:r>
        <w:rPr>
          <w:rFonts w:ascii="Times New Roman" w:hAnsi="Times New Roman" w:eastAsia="Times New Roman" w:cs="Times New Roman"/>
          <w:b/>
          <w:sz w:val="24"/>
        </w:rPr>
        <w:t>Roll of Shareholders</w:t>
      </w:r>
    </w:p>
    <w:p>
      <w:pPr>
        <w:keepNext w:val="0"/>
        <w:spacing w:before="120" w:after="0" w:line="260" w:lineRule="exact"/>
        <w:ind w:left="720" w:right="0" w:firstLine="0"/>
        <w:jc w:val="left"/>
      </w:pPr>
      <w:r>
        <w:rPr>
          <w:rFonts w:ascii="Times New Roman" w:hAnsi="Times New Roman" w:eastAsia="Times New Roman" w:cs="Times New Roman"/>
          <w:b/>
          <w:sz w:val="24"/>
        </w:rPr>
        <w:t>Approval of Prior Minutes</w:t>
      </w:r>
    </w:p>
    <w:p>
      <w:pPr>
        <w:keepNext w:val="0"/>
        <w:spacing w:before="200" w:after="0" w:line="260" w:lineRule="exact"/>
        <w:ind w:left="1080" w:right="0" w:firstLine="0"/>
        <w:jc w:val="both"/>
      </w:pPr>
      <w:r>
        <w:rPr>
          <w:rFonts w:ascii="Times New Roman" w:hAnsi="Times New Roman" w:eastAsia="Times New Roman" w:cs="Times New Roman"/>
          <w:b w:val="0"/>
          <w:sz w:val="24"/>
        </w:rPr>
        <w:t>On motion duly made, seconded, and carried, the minutes of the annual meeting on [date] were unanimously approved, [after the reading of the minutes was dispensed with without objection or after the minutes were read by the Secretary].</w:t>
      </w:r>
    </w:p>
    <w:p>
      <w:pPr>
        <w:keepNext w:val="0"/>
        <w:spacing w:before="120" w:after="0" w:line="260" w:lineRule="exact"/>
        <w:ind w:left="720" w:right="0" w:firstLine="0"/>
        <w:jc w:val="left"/>
      </w:pPr>
      <w:r>
        <w:rPr>
          <w:rFonts w:ascii="Times New Roman" w:hAnsi="Times New Roman" w:eastAsia="Times New Roman" w:cs="Times New Roman"/>
          <w:b/>
          <w:sz w:val="24"/>
        </w:rPr>
        <w:t>Annual Report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Chairman presented to the meeting the annual report of the corporation for the year ended [date] and stated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report had been mailed to each shareholder on or about [date] [and reviewed the report].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was duly made, seconded, and carried waiving reading of the annual report,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annual report was ordered filed with the minutes of this meeting.</w:t>
      </w:r>
    </w:p>
    <w:p>
      <w:pPr>
        <w:keepNext w:val="0"/>
        <w:spacing w:before="120" w:after="0" w:line="260" w:lineRule="exact"/>
        <w:ind w:left="720" w:right="0" w:firstLine="0"/>
        <w:jc w:val="left"/>
      </w:pPr>
      <w:r>
        <w:rPr>
          <w:rFonts w:ascii="Times New Roman" w:hAnsi="Times New Roman" w:eastAsia="Times New Roman" w:cs="Times New Roman"/>
          <w:b/>
          <w:sz w:val="24"/>
        </w:rPr>
        <w:t>Nomination and Election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The Chairman then called for the nominations for Directors to serve until the next annual meeting of the shareholders or until their successors are elected and qualified. The Secretary nominated the following persons: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[name]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[name]</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[name]</w:t>
      </w:r>
    </w:p>
    <w:p>
      <w:pPr>
        <w:keepNext w:val="0"/>
        <w:spacing w:before="200" w:after="0" w:line="260" w:lineRule="exact"/>
        <w:ind w:left="1080" w:right="0" w:firstLine="0"/>
        <w:jc w:val="both"/>
      </w:pPr>
      <w:r>
        <w:rPr>
          <w:rFonts w:ascii="Times New Roman" w:hAnsi="Times New Roman" w:eastAsia="Times New Roman" w:cs="Times New Roman"/>
          <w:b w:val="0"/>
          <w:sz w:val="24"/>
        </w:rPr>
        <w:t>The Chairman called for further nominations, but none were made. The above persons were unanimously elected Directors of the corporation.</w:t>
      </w:r>
    </w:p>
    <w:p>
      <w:pPr>
        <w:keepNext w:val="0"/>
        <w:spacing w:before="120" w:after="0" w:line="260" w:lineRule="exact"/>
        <w:ind w:left="720" w:right="0" w:firstLine="0"/>
        <w:jc w:val="left"/>
      </w:pPr>
      <w:r>
        <w:rPr>
          <w:rFonts w:ascii="Times New Roman" w:hAnsi="Times New Roman" w:eastAsia="Times New Roman" w:cs="Times New Roman"/>
          <w:b/>
          <w:sz w:val="24"/>
        </w:rPr>
        <w:t>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The Chairman then reported to the meeting the activities of the Board of Directors and proposed that the shareholders ratify those actions of the Directors. Upon motion duly made, seconded, and unanimously carried, it was:</w:t>
      </w:r>
    </w:p>
    <w:p>
      <w:pPr>
        <w:keepNext w:val="0"/>
        <w:spacing w:before="200" w:after="0" w:line="260" w:lineRule="exact"/>
        <w:ind w:left="1440" w:right="0" w:firstLine="0"/>
        <w:jc w:val="both"/>
      </w:pPr>
      <w:r>
        <w:rPr>
          <w:rFonts w:ascii="Times New Roman" w:hAnsi="Times New Roman" w:eastAsia="Times New Roman" w:cs="Times New Roman"/>
          <w:b w:val="0"/>
          <w:sz w:val="24"/>
        </w:rPr>
        <w:t>RESOLVED, that all proceedings of the Board of Directors since the last meeting of the shareholders, and all acts taken by members of the Board of Directors or by officers of this corporation, are hereby ratified and approved in all respects.</w:t>
      </w:r>
    </w:p>
    <w:p>
      <w:pPr>
        <w:keepNext w:val="0"/>
        <w:spacing w:before="200" w:after="0" w:line="260" w:lineRule="exact"/>
        <w:ind w:left="1440" w:right="0" w:firstLine="0"/>
        <w:jc w:val="both"/>
      </w:pPr>
      <w:r>
        <w:rPr>
          <w:rFonts w:ascii="Times New Roman" w:hAnsi="Times New Roman" w:eastAsia="Times New Roman" w:cs="Times New Roman"/>
          <w:b w:val="0"/>
          <w:sz w:val="24"/>
        </w:rPr>
        <w:t>Upon motion duly made, seconded, and unanimously carried, the following other resolutions were adopted:</w:t>
      </w:r>
    </w:p>
    <w:p>
      <w:pPr>
        <w:keepNext w:val="0"/>
        <w:spacing w:before="200" w:after="0" w:line="260" w:lineRule="exact"/>
        <w:ind w:left="1440" w:right="0" w:firstLine="0"/>
        <w:jc w:val="both"/>
      </w:pPr>
      <w:r>
        <w:rPr>
          <w:rFonts w:ascii="Times New Roman" w:hAnsi="Times New Roman" w:eastAsia="Times New Roman" w:cs="Times New Roman"/>
          <w:b w:val="0"/>
          <w:sz w:val="24"/>
        </w:rPr>
        <w:t>RESOLVED, that ____________.</w:t>
      </w:r>
    </w:p>
    <w:p>
      <w:pPr>
        <w:keepNext w:val="0"/>
        <w:spacing w:before="120" w:after="0" w:line="260" w:lineRule="exact"/>
        <w:ind w:left="720" w:right="0" w:firstLine="0"/>
        <w:jc w:val="left"/>
      </w:pPr>
      <w:r>
        <w:rPr>
          <w:rFonts w:ascii="Times New Roman" w:hAnsi="Times New Roman" w:eastAsia="Times New Roman" w:cs="Times New Roman"/>
          <w:b/>
          <w:sz w:val="24"/>
        </w:rPr>
        <w:t>Adjournment</w:t>
      </w:r>
    </w:p>
    <w:p>
      <w:pPr>
        <w:keepNext w:val="0"/>
        <w:spacing w:before="200" w:after="0" w:line="260" w:lineRule="exact"/>
        <w:ind w:left="1080" w:right="0" w:firstLine="0"/>
        <w:jc w:val="both"/>
      </w:pPr>
      <w:r>
        <w:rPr>
          <w:rFonts w:ascii="Times New Roman" w:hAnsi="Times New Roman" w:eastAsia="Times New Roman" w:cs="Times New Roman"/>
          <w:b w:val="0"/>
          <w:sz w:val="24"/>
        </w:rPr>
        <w:t>There being no further business, on motion duly made, seconded, and carried, the meeting was adjourned.</w:t>
      </w:r>
    </w:p>
    <w:p>
      <w:pP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[typed name],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