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 names/ bar number]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information]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Defendant]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ANSWER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 [name] ("Defendant") hereby answers Plaintiff's [name] ("Plaintiff") Complaint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NATURE OF THE ACTION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180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180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that it is admitted that on [date], [allegations admitted, such as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(Standing)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Complaint has not suffered harm, and / 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limitations, [cite to controlling statute].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(Fraud)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 and job functions include [functions].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[name] were false.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these statements and representations, [name] knew that they were false and fraudulent.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(Release)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[details].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(Set-Off)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Defendant, the judgment amount must be reduced by [amount] to account for payments made by Defendant for [details]. Moreover, Defendant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set-off if additional investigations uncover wrongful conduct and money owed to Defendant.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[details].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25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(Estoppel)</w:t>
      </w:r>
    </w:p>
    <w:p>
      <w:pPr>
        <w:keepNext w:val="0"/>
        <w:spacing w:before="120" w:after="0" w:line="260" w:lineRule="exact"/>
        <w:ind w:left="28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28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 prays for the following relief: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Complaint be dismissed with prejudice;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judgment be entered in favor of Defendant on all claims and against Plaintiff;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Defendant be awarded its attorneys' fees and costs; and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this Court may deem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Defendant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[ATTACH EXHIBIT]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