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Counterclaims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[VERIFIED] ANSWER OF [PARTY NAME] TO [TITLE OF PLAINTIFF'S COMPLAINT] AND COUNTERCLAIM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COMES NOW,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[party's name] (hereinafter "[party designation, e.g., Defendant]"), in the above-styled action and files [his/her/its] Answer to [party's name] "[title of document responding to, e.g., Complaint, First Amended Complaint, Crossclaims, Counterclaims]" and Counterclaim against Plaintiff [party name], showing the Court as follows: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complaint fails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upon which relief may be granted.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 accrued more than [number] years prior to the commencement of this action. This action is, therefore, barred by the applicable [number]-year statute of limitations. [Cite to controlling statute].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subject matter jurisdiction over [party name].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[document title] is barred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prior arbitration decision or award.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personal jurisdiction over [party name].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 of res judicata.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 of estoppel.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doctrines of waiver and/or release.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NINTH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 of laches.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TENTH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[his/her/its] [defense number] Defense, [party name] responds to the individually numbered paragraphs of [party name]'s [document title, e.g., Complaint] as follows: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[SECTION TITLE]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admits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title, e.g., Complaint].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 insofar as [specific portion of the paragraph denied]. In further response to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title], [party name] admits [specific portion of the paragraph admitted].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is without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 speak for themselves.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 insofar as [specific portion of the paragraph denied]. In further response to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title], [party name] admits [specific portion of the paragraph admitted]. Defendant further responds that [he/she/it]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[specific portion of the paragraph which Defendant can't admit or deny].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 the extent [party name]'s "WHEREFORE" clause and prayer for relief requires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response, [party name] states that [he/she/it] is not liable to [party name] as alleged.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Any allegation of [party name]'s [document title] not specifically admitted herein is denied.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[party name], having made [his/her/its] [title of this document], hereby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of twelve, and prays for judgment dismissing [document title] with prejudice and requests judgment in its favor and that it be granted such other relief as this Court deems justice to demand.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COUNTERCLAIM AGAINST PLAINTIFF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[PARTY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[his/her/its] Counterclaim against Plaintiff [party name], [counterclaimant's name] alleges as follows: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 of counterclaimant]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at [street address, city, and state].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who, upon information and belief, resides at [street address, city, and state].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is subject to the jurisdiction and venue of this court.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COUNT ONE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([Cause of action name])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[defendant's name] repeats and restates the allegations contained in the prior paragraphs of this Counterclaim as if set forth more fully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[Make specific factual allegations underlying the cause of action in this count.]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 and proximate result of Plaintiff [name]'s actions, defendant has suffered and will continue to suffer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to be proven at trial.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>, by reason of the foregoing, Defendant [defendant's name] hereby respectfully requests the following relief: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Compensatory damages;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Costs of suit;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as the court deems just and proper.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[ordinal number]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Attorney for Defendant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[party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[email address] 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PERSONALLY APPEARED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before the undersigned attesting officer duly authorized by law to administer oaths, [name of party or, if the party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entity, name of the person representing the entity], who, after first being sworn, deposes and states that the facts set forth in the within and foregoing [title of pleading being verified] are true and correct to the best of his or her knowledge and belief.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[ordinal number]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Sworn to and subscribed before me this ___ day of _______________, ___.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[state or superior] COURT OF [county name] COUNTY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I have this day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Defendant [name]'s [title of pleading] upon all parties in this matter by serving same, via [method of service], to: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/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[ordinal number] day of [month], [year].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Attorney for Defendant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[party name]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