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and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[NAME OF COURT]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DIVISION] DIVISION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COUNTY] COUNTY, OHIO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ANSWER, COUNTERCLAIM(S), AND CROSS-CLAIM(S) OF THE DEFENDANT, [DEFENDANT'S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 hereby answers the Complaint of Plaintiff [plaintiff's name]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1 of the Complaint, Defendant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[defendant's entity status with short description]. Except as expressly admitted, Defendant denies each and every allegation of this paragraph.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2 of the Complaint.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3 of the Complaint.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4 of the Complaint, except that it is admitted that on [date], [the allegations admitted, such as that you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5 of the Complaint.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admits [admitted component]. The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The Defendant denies the remaining allegations contained in paragraph 6.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7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denies each and every allegation in the Complaint.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asserts the following defenses to the Complaint: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(Failure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 for Relief)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 from relief because the Complaint and each of the purported causes of action set forth therein fails to allege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plausible claim for relief against Defendant.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(Standing)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no standing to raise the claims set forth in the Complaint, has not suffered harm, and/or will not suffer any imminent and irreparable harm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any alleged actions or conduct by Defendant.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(Statute of Limitations)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 accrued more than [number] years prior to the commencement of this action. This action is, therefore, barred by the applicable [number]-year statute of limitations. [Cite to controlling statute].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(Fraud)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agent [name] holds [position], which includes the following job functions: [job functions].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to enter into the contract set forth in the Complaint, Plaintiff's agent [name] stated and represented to Defendant on [date] at [place] that [fraudulent representations].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[agent's name] were false.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[name] made these statements and representations, [name] knew that they were false and fraudulent.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to rely on them.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would not have entered into the contract had it known the truth regarding the statements and representations.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(Release)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may not recover against Defendant on the claims in the Complaint because Plaintiff has released such claims in exchange for adequate consideration. [Describe details].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(Set-Off)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Plaintiff recovers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against Defendant, the judgment amount must be reduced by $[amount] to account for payments made by Defendant for [details]. Moreover, Defendant is entitled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 off if additional investigations uncover wrongful conduct and money owed to Defendant.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(Accord and Satisfaction)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claims are barred, in whole or in part, by the accord and satisfaction doctrine. [details].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(Estoppel)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barred, in whole or in part, by the estoppel doctrine. [details].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demands judgment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Dismissing the Complaint with prejudice;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Awarding Defendant's attorney's fees and costs of suit;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relief as this Court deems equitable and just.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COUNTERCLAIMS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asserts the following counterclaims against the Plaintiff [name]: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[Identify type of claim, e.g., Breach of Contract]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Defendant,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identity and status or citizenship of defendant, together with defendant's residence or place of business].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Plaintiff,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identity and status of citizenship of plaintiff, together with plaintiff's residence or place of business].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(iii)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[Any additional material facts to support the counterclaim.]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(iv)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one or more continuing, sequentially numbered paragraphs, allege elements of claim, including resulting damages].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requests that the Court enter judgment against Plaintiff granting Defendant the following relief:</w:t>
      </w:r>
    </w:p>
    <w:p>
      <w:pPr>
        <w:keepNext w:val="0"/>
        <w:spacing w:before="120" w:after="0" w:line="260" w:lineRule="exact"/>
        <w:ind w:left="25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25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Defendant on Counterclaim I;</w:t>
      </w:r>
    </w:p>
    <w:p>
      <w:pPr>
        <w:keepNext w:val="0"/>
        <w:spacing w:before="120" w:after="0" w:line="260" w:lineRule="exact"/>
        <w:ind w:left="25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(ii)</w:t>
      </w:r>
    </w:p>
    <w:p>
      <w:pPr>
        <w:keepNext w:val="0"/>
        <w:spacing w:before="200" w:after="0" w:line="260" w:lineRule="exact"/>
        <w:ind w:left="25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relief/compensatory and economic damages];</w:t>
      </w:r>
    </w:p>
    <w:p>
      <w:pPr>
        <w:keepNext w:val="0"/>
        <w:spacing w:before="120" w:after="0" w:line="260" w:lineRule="exact"/>
        <w:ind w:left="25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(iii)</w:t>
      </w:r>
    </w:p>
    <w:p>
      <w:pPr>
        <w:keepNext w:val="0"/>
        <w:spacing w:before="200" w:after="0" w:line="260" w:lineRule="exact"/>
        <w:ind w:left="25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25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(iv)</w:t>
      </w:r>
    </w:p>
    <w:p>
      <w:pPr>
        <w:keepNext w:val="0"/>
        <w:spacing w:before="200" w:after="0" w:line="260" w:lineRule="exact"/>
        <w:ind w:left="25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attorney's fees; and</w:t>
      </w:r>
    </w:p>
    <w:p>
      <w:pPr>
        <w:keepNext w:val="0"/>
        <w:spacing w:before="120" w:after="0" w:line="260" w:lineRule="exact"/>
        <w:ind w:left="25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(v)</w:t>
      </w:r>
    </w:p>
    <w:p>
      <w:pPr>
        <w:keepNext w:val="0"/>
        <w:spacing w:before="200" w:after="0" w:line="260" w:lineRule="exact"/>
        <w:ind w:left="25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and prayers for relief, as appropriate]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CROSS-CLAIMS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[Identify type of claim, e.g., Breach of Contract]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Defendant,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identity and status or citizenship of defendant, together with defendant's residence or place of business].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Plaintiff,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identity and status of citizenship of plaintiff, together with plaintiff's residence or place of business].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(iii)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[Any additional material facts to support the counterclaim.]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(iv)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elements of claim, including resulting damages].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Defendant/Cross-claim Plaintiff requests that the Court enter judgment against Defendant/Cross-claim Defendant granting Defendant/Cross-claim Plaintiff the following relief: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Cross-claim Plaintiff on Cross-claim I;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relief/compensatory and economic damages];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(iii)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(iv)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attorney's fees; and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(v)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and prayers for relief, as appropriate]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Ohio Sup. Ct. Reg.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 if applicable]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[facsimile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 [defendant's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the Defendant, [defendant's name], in the above-entitled action, hereby certify that on the [numerical day of the month, e.g. 14th] day of [name of month], 20[__],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ANSWER, COUNTERCLAIM[S] AND CROSS-CLAIM[S] OF THE DEFENDANT, [NAME] electronically, to the parties and counsel of record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[plaintiff's name/defendant's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[plaintiff's name/defendant's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well,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courtesy copy was sent to the above referenced Court via regular mail to: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court]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county]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court]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