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Answers to Interrogatories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NO. [case docket number]</w:t>
      </w: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[RESPONDING PARTY DESIGNATION, E.G., DEFENDANT] [RESPONDING PARTY NAME]'S ANSWERS TO [PROPOUNDING PARTY DESIGNATION, E.G., PLAINTIFF] [PROPOUNDING PARTY NAME]'S [SET NUMBER, E.G., FIRST] SET OF INTERROGATORIES TO [RESPONDING PARTY DESIGNATION, E.G., DEFENDANT] [RESPONDING PARTY NAME]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 accordance with Conn. Practice Book § 13-7, [responding party designation, e.g., Defendant] [responding party name] answers [propounding party designation, e.g., Plaintiff] [propounding party name]'s [set number, e.g., First] Set of Interrogatories, as follows: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INTERROGATORY NO. 1: [set out text of interrogatory in full]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ANSWER TO INTERROGATORY NO. 1: [set out answer to interrogatory not objected to]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INTERROGATORY NO. 2: [set out text of interrogatory in full]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OBJECTION AND ANSWER TO INTERROGATORY NO. 2: As more fully explained in the Objections served with these Answers and filed with the court, [responding party designation, e.g., Defendant] objects to this interrogatory on the ground(s) that [summarize grounds for objection]. Subject to and without waiving that objection, [responding party designation, e.g., Defendant] answers this interrogatory as follows: [set out response to interrogatory to extent not objectionable].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INTERROGATORY NO. 3: [set out text of interrogatory in full]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OBJECTION TO INTERROGATORY NO. 3: As more fully explained in the Objections served with these Answers and filed with the court, [responding party designation, e.g., Defendant] objects entirely to this interrogatory on the ground(s) that [summarize grounds for objection]. 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[Continue with answers and/or objections to remaining interrogatories]</w:t>
      </w:r>
    </w:p>
    <w:p>
      <w:pPr>
        <w:keepNext w:val="0"/>
        <w:spacing w:before="200" w:after="0" w:line="260" w:lineRule="exact"/>
        <w:ind w:left="72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CERTIFICATION OF ANSWERS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I, [name of responding party], certify that I am the [responding party designation, e.g., Defendant] in the above-entitled action. I further certify that I have read the contents of the above Answers to [propounding party designation, e.g., Plaintiff] [propounding party name]'s [set number, e.g., First] Set of Interrogatories to [responding party designation, e.g., Defendant] [responding party name] and that the contents of those answers are true and correct to the best of my knowledge and belief.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(responding party signature)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[responding party name]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Subscribed and sworn before me on [signature date].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(officer signature)</w:t>
      </w:r>
    </w:p>
    <w:p>
      <w:pPr>
        <w:keepNext w:val="0"/>
        <w:spacing w:before="120" w:after="0" w:line="260" w:lineRule="exact"/>
        <w:ind w:left="108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[officer title, e.g., Notary Public]</w:t>
      </w:r>
    </w:p>
    <w:p>
      <w:pPr>
        <w:keepNext w:val="0"/>
        <w:spacing w:before="200" w:after="0" w:line="260" w:lineRule="exact"/>
        <w:ind w:left="108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[Seal]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[Responding party designation, e.g., Defendant]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[Responding party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By: ____________________ (attorney signature)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[attorney typed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name, if any]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[mailing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[telephone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[email 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Juris No. [Juris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[His / Her / Its] Attorney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CERTIFICATE OF SERVICE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certify that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copy of the above [responding party designation, e.g., Defendant] [responding party name]'s Answers to [propounding party designation, e.g., Plaintiff] [propounding party name]'s [set number, e.g., First] Set of Interrogatories to [responding party designation, e.g., Defendant] [responding party name] was mailed or delivered electronically or nonelectronically on [date of service] to all counsel and self-represented parties of record and that written consent for electronic delivery was received from all counsel and self-represented parties of record who were electronically served.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Parties and/or attorneys served: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[List name of each party and attorney served and address at which service was made]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 (signature of attorney or party making service)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[typed name of attorney or party making service]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