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Anti-harassment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Anti-harassment Policy is designed to summarize the Company’s (the Company) rules and regulations regarding anti-harassment laws and to educate employees of their rights and compliance obligations. The Policy applies to all employees and also applies to all interactions with independent contractors, temporary employees and anyone else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Anti-Harassment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seeks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non-intimidating, productive work environment for all employees and to comply with all applicable anti-harassment and anti-discrimination laws, rules, orders and regulations. The Company seeks to have all employees treated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with courtesy and respect.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harassment, discrimination, and unfair employment practices of any kind. The Company also prohibits any type of harassment or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of discrimination or harassment, or testifies, assists, or participates in any investigation, proceeding, or hearing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discrimination or harassment.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EEO policy] which outlines the Company’s prohibition of discrimination based on disability, race, creed, color, religion, sex (including sexual harassment and pregnancy), sexual orientation, gender identity, gender expression, national origin or ancestry, age, genetic information, marital status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married to or plans to marry another employee), because the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abuse, or any other protected classification under federal, state, or local law. The law protects all persons, including non-citizens, from unlawful discrimination.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policy also prohibits harassment, discrimination, or unfair employment practices of any kind related to or based on disability, race, creed, color, religion, sex (including sexual harassment and pregnancy), sexual orientation, gender identity, gender expression, national origin or ancestry, age, genetic information, marital status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married to or plans to marry another employee), because the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abuse, or any other protected classification under federal, state, or local law. The law protects all persons, including non-citizens, from unlawful discrimination.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behavior that is offensive, abusive, threatening, intimidating, or disruptive to others. These behaviors can be verbal, physical, direct or indirect, and can include, among other things, making derogatory remarks, gestures, or jokes based on disability, race, creed, color, religion, sex (including sexual harassment and pregnancy), sexual orientation, gender identity, gender expression, national origin or ancestry, age, genetic information, marital status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married to or plans to marry another employee), that the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abuse, or any other classification protected by applicable local, state, or federal laws, engaging in stereotyping based on such classifications, displaying or distributing cartoons, posters, or other materials based on such classifications, unwelcome touching, pinching, or other physical contact,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Sexual 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sexual harassment in compliance with all applicable 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any offensive sexual conduct, unwelcomed sexual advances, requests for sexual favors, or other verbal or physical conduct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 nature where submission to such conduct is made explicitly or implicitly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requirement of employment,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response to such conduct is the basis for decisions which deny individual rights protected by the Law. Examples of such “quid pro quo” harassment would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demanding sex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 exchange for continued employment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linking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raise or promotion to sexual favors. These examples are demonstrative and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offensive conduct that is so severe or extreme as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Examples of behaviors that contribute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include, but are not limited to:</w:t>
      </w:r>
    </w:p>
    <w:p>
      <w:pPr>
        <w:keepNext w:val="0"/>
        <w:spacing w:before="200" w:after="0" w:line="260" w:lineRule="exact"/>
        <w:ind w:left="1080" w:right="0" w:firstLine="0"/>
        <w:jc w:val="both"/>
      </w:pPr>
      <w:r>
        <w:rPr>
          <w:rFonts w:ascii="Times New Roman" w:hAnsi="Times New Roman" w:eastAsia="Times New Roman" w:cs="Times New Roman"/>
          <w:b w:val="0"/>
          <w:sz w:val="24"/>
        </w:rPr>
        <w:t>•</w:t>
        <w:tab/>
        <w:t>Sexually offensive or obscene remarks, jokes, advances, or gestures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Requests for sexual favors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 xml:space="preserve">Engaging in stereotyping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gender or sex</w:t>
      </w:r>
    </w:p>
    <w:p>
      <w:pPr>
        <w:keepNext w:val="0"/>
        <w:spacing w:before="200" w:after="0" w:line="260" w:lineRule="exact"/>
        <w:ind w:left="1080" w:right="0" w:firstLine="0"/>
        <w:jc w:val="both"/>
      </w:pPr>
      <w:r>
        <w:rPr>
          <w:rFonts w:ascii="Times New Roman" w:hAnsi="Times New Roman" w:eastAsia="Times New Roman" w:cs="Times New Roman"/>
          <w:b w:val="0"/>
          <w:sz w:val="24"/>
        </w:rPr>
        <w:t>•</w:t>
        <w:tab/>
        <w:t>Unwelcome touching, pinching, or other physical contact</w:t>
      </w:r>
    </w:p>
    <w:p>
      <w:pPr>
        <w:keepNext w:val="0"/>
        <w:spacing w:before="200" w:after="0" w:line="260" w:lineRule="exact"/>
        <w:ind w:left="1080" w:right="0" w:firstLine="0"/>
        <w:jc w:val="both"/>
      </w:pPr>
      <w:r>
        <w:rPr>
          <w:rFonts w:ascii="Times New Roman" w:hAnsi="Times New Roman" w:eastAsia="Times New Roman" w:cs="Times New Roman"/>
          <w:b w:val="0"/>
          <w:sz w:val="24"/>
        </w:rPr>
        <w:t>•</w:t>
        <w:tab/>
        <w:t>Leering</w:t>
      </w:r>
    </w:p>
    <w:p>
      <w:pPr>
        <w:keepNext w:val="0"/>
        <w:spacing w:before="200" w:after="0" w:line="260" w:lineRule="exact"/>
        <w:ind w:left="1080" w:right="0" w:firstLine="0"/>
        <w:jc w:val="both"/>
      </w:pPr>
      <w:r>
        <w:rPr>
          <w:rFonts w:ascii="Times New Roman" w:hAnsi="Times New Roman" w:eastAsia="Times New Roman" w:cs="Times New Roman"/>
          <w:b w:val="0"/>
          <w:sz w:val="24"/>
        </w:rPr>
        <w:t>•</w:t>
        <w:tab/>
        <w:t>Displaying or distributing sexually offensive or obscene posters, cartoons, or other materials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Any form of stalking or bullying</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Anti-harassment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