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Anti-retaliation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endeavors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 free from harassment, discrimination, and retaliation. Employees should feel comfortable reporting complaints or concerns about violations of Company policies or procedures or applicable laws without fear of reprisal. In furtherance of this policy, the Company prohibits retaliation against employees who make complaints or report concerns—or who provide information or participate in investigations or proceedings—regarding workplace discrimination or harassment and/or workplace violations of, or non-compliance with, matters including, but not limited to, applicable federal, state, and local laws, rules, and regulations, Company policies, or Company procedures.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not retaliate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does any of the following:</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Objects to, or refuses to participate in, any activity, policy, or practice of the Company that violates federal, Minnesota, or local law, rule, or regulation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Discloses or threatens to disclose to any appropriate governmental agency, under oath, in writing,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policy, or practice of the Company that is in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rule, or regulation, if the employee has, in writing, brought the activity, policy, or practice to the attention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the Company and has afforded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correct the activity, policy, or practice --or--</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Provided information to, or testified before, any appropriate governmental agency, person, or entity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hearing, or inquiry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alleged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rule, or regulation by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Retaliation means taking adverse action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about complaints or concerns—regarding workplace discrimination or harassment and/or workplace violations of, or non-compliance with, applicable federal, state and local laws, rules, and regulations, Company policies, Company procedures, or other applicable rules. Adverse actions can include, but are not limited to, demotion, denial of promotion, suspension without pay, termination, decrease in pay, other denials of benefits of employment to employees, and fostering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work environment.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feel you were subject to retaliation or are aware of retaliation against another employee, you should report this to [Human Resources or other department(s)]. This policy is </w:t>
      </w:r>
      <w:r>
        <w:rPr>
          <w:rFonts w:ascii="Times New Roman" w:hAnsi="Times New Roman" w:eastAsia="Times New Roman" w:cs="Times New Roman"/>
          <w:b w:val="0"/>
          <w:sz w:val="24"/>
        </w:rPr>
        <w:t>not</w:t>
      </w:r>
      <w:r>
        <w:rPr>
          <w:rFonts w:ascii="Times New Roman" w:hAnsi="Times New Roman" w:eastAsia="Times New Roman" w:cs="Times New Roman"/>
          <w:b w:val="0"/>
          <w:sz w:val="24"/>
        </w:rPr>
        <w:t xml:space="preserve"> meant to impede you from bringing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or providing information to, appropriate governmental authorities regarding possible violations of state, local, or federal law, or making disclosures pursuant to whistleblower laws. It is also not intended to impede you from discussing terms and conditions of employment with other employees.</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employee who engages in retaliation or otherwise violates this policy is subject to disciplinary action, up to and including termination of employment.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Anti-retaliation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