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Application of Security Deposit Letter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[sender' information]</w:t>
      </w:r>
    </w:p>
    <w:p>
      <w:pPr>
        <w:keepNext w:val="0"/>
        <w:spacing w:before="20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[method of delivery]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[recipient information]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[tenant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Rental Premises: [address of premises]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Application of Security Deposit + Interest to Rent Pursuant to N.J.S.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46:8-19(c)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[recipient name]: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On [date], [Tenant's name] “Tenant” tenancy at [address of rental premises] began. At the inception of the lease, Tenant tendered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security deposit of $[amount of security deposit] to [name of landlord] “Landlord”. After receiving this deposit, [Landlord] failed to the comply with the Security Deposit Law.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Specifically, Landlord failed to follow N.J.S.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46:8-19(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 and (c). Accordingly, Tenant hereby exercises [his/her] right under N.J.S.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 46:8-19(c) to apply the security deposit to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“account of rent payment or payments due or to become due.” The calculation of the applied amount is as follows: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$[amount of base security deposit] for [years] at 7% simple interest (per N.J.S.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46:8-19) = [total amount]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total interest to be credited to Tenant's account is [amount of interest]. Combined with the security deposit itself, the total amount to be credited to Tenant's account is [total amount].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there has been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miscommunication and Landlord has complied with N.J.S.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46:8-19(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), this letter shall serve as demand under N.J.S.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46:8-19(c) for compliance with the annual interest payments and notice since the inception of the tenancy.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Respectfully,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tenant or tenant's representative]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