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Appointment of Substitute Trustee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Prepared by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the instrument.</w:t>
      </w:r>
    </w:p>
    <w:p>
      <w:pPr>
        <w:keepNext w:val="0"/>
        <w:spacing w:before="200" w:after="0" w:line="260" w:lineRule="exact"/>
        <w:ind w:left="360" w:right="0" w:firstLine="0"/>
        <w:jc w:val="both"/>
      </w:pPr>
      <w:r>
        <w:rPr>
          <w:rFonts w:ascii="Times New Roman" w:hAnsi="Times New Roman" w:eastAsia="Times New Roman" w:cs="Times New Roman"/>
          <w:b w:val="0"/>
          <w:sz w:val="24"/>
        </w:rPr>
        <w:t>Tax ID No.: [tax ID number]</w:t>
      </w:r>
    </w:p>
    <w:p>
      <w:pPr>
        <w:keepNext w:val="0"/>
        <w:spacing w:before="200" w:after="0" w:line="260" w:lineRule="exact"/>
        <w:ind w:left="360" w:right="0" w:firstLine="0"/>
        <w:jc w:val="both"/>
      </w:pPr>
      <w:r>
        <w:rPr>
          <w:rFonts w:ascii="Times New Roman" w:hAnsi="Times New Roman" w:eastAsia="Times New Roman" w:cs="Times New Roman"/>
          <w:b/>
          <w:sz w:val="24"/>
        </w:rPr>
        <w:t>Return to:</w:t>
      </w:r>
    </w:p>
    <w:p>
      <w:pPr>
        <w:keepNext w:val="0"/>
        <w:spacing w:before="200" w:after="0" w:line="260" w:lineRule="exact"/>
        <w:ind w:left="360" w:right="0" w:firstLine="0"/>
        <w:jc w:val="both"/>
      </w:pPr>
      <w:r>
        <w:rPr>
          <w:rFonts w:ascii="Times New Roman" w:hAnsi="Times New Roman" w:eastAsia="Times New Roman" w:cs="Times New Roman"/>
          <w:b w:val="0"/>
          <w:sz w:val="24"/>
        </w:rPr>
        <w:t>[name]</w:t>
      </w:r>
    </w:p>
    <w:p>
      <w:pPr>
        <w:keepNext w:val="0"/>
        <w:spacing w:before="200" w:after="0" w:line="260" w:lineRule="exact"/>
        <w:ind w:left="360" w:right="0" w:firstLine="0"/>
        <w:jc w:val="both"/>
      </w:pPr>
      <w:r>
        <w:rPr>
          <w:rFonts w:ascii="Times New Roman" w:hAnsi="Times New Roman" w:eastAsia="Times New Roman" w:cs="Times New Roman"/>
          <w:b w:val="0"/>
          <w:sz w:val="24"/>
        </w:rPr>
        <w:t>[street address], VA [zip code]</w:t>
      </w:r>
    </w:p>
    <w:p>
      <w:pPr>
        <w:keepNext w:val="0"/>
        <w:spacing w:before="200" w:after="0" w:line="260" w:lineRule="exact"/>
        <w:ind w:left="360" w:right="0" w:firstLine="0"/>
        <w:jc w:val="both"/>
      </w:pPr>
      <w:r>
        <w:rPr>
          <w:rFonts w:ascii="Times New Roman" w:hAnsi="Times New Roman" w:eastAsia="Times New Roman" w:cs="Times New Roman"/>
          <w:b w:val="0"/>
          <w:sz w:val="24"/>
        </w:rPr>
        <w:t>File No.: [file number]</w:t>
      </w:r>
    </w:p>
    <w:p>
      <w:pPr>
        <w:keepNext w:val="0"/>
        <w:spacing w:before="200" w:after="0" w:line="260" w:lineRule="exact"/>
        <w:ind w:left="360" w:right="0" w:firstLine="0"/>
        <w:jc w:val="center"/>
      </w:pPr>
      <w:r>
        <w:rPr>
          <w:rFonts w:ascii="Times New Roman" w:hAnsi="Times New Roman" w:eastAsia="Times New Roman" w:cs="Times New Roman"/>
          <w:b w:val="0"/>
          <w:sz w:val="24"/>
        </w:rPr>
        <w:t>THIS APPOINTMENT OF SUBSTITUTE TRUSTEE</w:t>
      </w:r>
    </w:p>
    <w:p>
      <w:pPr>
        <w:keepNext w:val="0"/>
        <w:spacing w:before="200" w:after="0" w:line="260" w:lineRule="exact"/>
        <w:ind w:left="360" w:right="0" w:firstLine="0"/>
        <w:jc w:val="both"/>
      </w:pPr>
      <w:r>
        <w:rPr>
          <w:rFonts w:ascii="Times New Roman" w:hAnsi="Times New Roman" w:eastAsia="Times New Roman" w:cs="Times New Roman"/>
          <w:b w:val="0"/>
          <w:sz w:val="24"/>
        </w:rPr>
        <w:t>by and between [noteholder]; [original trustee], Trustee; and [borrower] (all to be indexed as Grantors); and [substitute trustee], Substitute Trustee, who has the address of [substitute trustee's address], (to be indexed as Grantee).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by deed of trust dated [date of deed of trust] and recorded as Instrument Number [instrument number] among the land records of [county name] County, Virginia, [Borrower] conveyed certain property to [original trustee], Trustee, in trust, to secure payment of the sum of $[amount] evidenced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certain promissory note as is therein more fully set forth and said property being more particularly described in the aforesaid deed of trust; and,</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the aforesaid deed of trust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whereby the holder of the aforesaid promissory note, at its discretion, may remove the named Trustee under the said deed of trust and appoint Substitute Trustee(s), with all of the title, power, and duties conferred upon the Trustee in the deed of trust and by applicable law; and,</w:t>
      </w:r>
    </w:p>
    <w:p>
      <w:pPr>
        <w:keepNext w:val="0"/>
        <w:spacing w:before="200" w:after="0" w:line="260" w:lineRule="exact"/>
        <w:ind w:left="360" w:right="0" w:firstLine="0"/>
        <w:jc w:val="both"/>
      </w:pPr>
      <w:r>
        <w:rPr>
          <w:rFonts w:ascii="Times New Roman" w:hAnsi="Times New Roman" w:eastAsia="Times New Roman" w:cs="Times New Roman"/>
          <w:b w:val="0"/>
          <w:sz w:val="24"/>
        </w:rPr>
        <w:t>WHEREAS, the undersigned, [noteholder], is the present holder of the promissory note secured by the aforesaid deed of trust and desires to remove the aforesaid Trustee and any and all Substitute Trustee(s) heretofore appointed under the said deed of trust and to substitute [Substitute Trustee] with its principal office in the County of [county], Virginia, as Substitute Trustee for the aforesaid.</w:t>
      </w:r>
    </w:p>
    <w:p>
      <w:pPr>
        <w:keepNext w:val="0"/>
        <w:spacing w:before="200" w:after="0" w:line="260" w:lineRule="exact"/>
        <w:ind w:left="360" w:right="0" w:firstLine="0"/>
        <w:jc w:val="both"/>
      </w:pPr>
      <w:r>
        <w:rPr>
          <w:rFonts w:ascii="Times New Roman" w:hAnsi="Times New Roman" w:eastAsia="Times New Roman" w:cs="Times New Roman"/>
          <w:b w:val="0"/>
          <w:sz w:val="24"/>
        </w:rPr>
        <w:t>NOW THEREFORE THIS DEED OF APPOINTMENT OF SUBSTITUTE TRUSTEE,</w:t>
      </w:r>
    </w:p>
    <w:p>
      <w:pPr>
        <w:keepNext w:val="0"/>
        <w:spacing w:before="200" w:after="0" w:line="260" w:lineRule="exact"/>
        <w:ind w:left="360" w:right="0" w:firstLine="0"/>
        <w:jc w:val="center"/>
      </w:pPr>
      <w:r>
        <w:rPr>
          <w:rFonts w:ascii="Times New Roman" w:hAnsi="Times New Roman" w:eastAsia="Times New Roman" w:cs="Times New Roman"/>
          <w:b w:val="0"/>
          <w:sz w:val="24"/>
        </w:rPr>
        <w:t>W I T N E S S E T H,</w:t>
      </w:r>
    </w:p>
    <w:p>
      <w:pPr>
        <w:keepNext w:val="0"/>
        <w:spacing w:before="200" w:after="0" w:line="260" w:lineRule="exact"/>
        <w:ind w:left="360" w:right="0" w:firstLine="0"/>
        <w:jc w:val="both"/>
      </w:pPr>
      <w:r>
        <w:rPr>
          <w:rFonts w:ascii="Times New Roman" w:hAnsi="Times New Roman" w:eastAsia="Times New Roman" w:cs="Times New Roman"/>
          <w:b w:val="0"/>
          <w:sz w:val="24"/>
        </w:rPr>
        <w:t>that for and in consideration of the premises, and pursuant to the terms and provisions of the aforesaid deed of trust, the undersigned does hereby remove the aforesaid Trustee; and any and all Substitute Trustee(s) heretofore appointed under said deed of trust and further does hereby designate and appoint the said [substitute trustee], as Substitute Trustee under the said deed of trust, with all rights, powers, and duties as Trustee as provided in the said deed of trust.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TESTIMONY WHEREOF, the undersigned has caused these presents to be signed in its name by [name], as its [title], on this [day]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[noteholder]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w:t>
      </w:r>
    </w:p>
    <w:p>
      <w:pPr>
        <w:keepNext w:val="0"/>
        <w:spacing w:before="120" w:after="0" w:line="260" w:lineRule="exact"/>
        <w:ind w:left="360" w:right="0" w:firstLine="0"/>
        <w:jc w:val="left"/>
      </w:pPr>
      <w:r>
        <w:rPr>
          <w:rFonts w:ascii="Times New Roman" w:hAnsi="Times New Roman" w:eastAsia="Times New Roman" w:cs="Times New Roman"/>
          <w:b w:val="0"/>
          <w:sz w:val="24"/>
        </w:rPr>
        <w:t>Its [title]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STATE OF 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COUNTY/CITY OF ____________________, to-wit: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____________________,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in and for the said State, do hereby certify that this day personally appeared before me in the jurisdiction aforesaid, ____________________, ____________________, of [noteholder] whose name is signed to the foregoing Appointment of Substitute Trustee dated [month], [year], and acknowledged the same before me in said jurisdiction for and on the behalf of said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GIVEN under my hand and notarial seal this [day] day of [month],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(SEAL)</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as aforesaid</w:t>
      </w:r>
    </w:p>
    <w:p>
      <w:pPr>
        <w:keepNext w:val="0"/>
        <w:spacing w:before="200" w:after="0" w:line="260" w:lineRule="exact"/>
        <w:ind w:left="720" w:right="0" w:firstLine="0"/>
        <w:jc w:val="both"/>
      </w:pPr>
      <w:r>
        <w:rPr>
          <w:rFonts w:ascii="Times New Roman" w:hAnsi="Times New Roman" w:eastAsia="Times New Roman" w:cs="Times New Roman"/>
          <w:b w:val="0"/>
          <w:sz w:val="24"/>
        </w:rPr>
        <w:t>My commission expires: 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Notary Registration Number: 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