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Appointment of Successor Trustee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[name of the individual(s) holding the power to appoint successor trustees]; [capacity of appointing individual (e.g., settlor's spouse)] of the [name of trust] dated [Month] [Day], [Year] (the “Trust”), pursuant to the power granted to me in [applicable section/article of trust agreement] of the Trust, hereby appoint the following, in order of priority listed below, to serve as successor [trustee(s)/co-trustees] of the Trust:</w:t>
      </w:r>
    </w:p>
    <w:p>
      <w:pPr>
        <w:keepNext w:val="0"/>
        <w:spacing w:before="200" w:after="0" w:line="260" w:lineRule="exact"/>
        <w:ind w:left="360" w:right="0" w:firstLine="0"/>
        <w:jc w:val="both"/>
      </w:pPr>
      <w:r>
        <w:rPr>
          <w:rFonts w:ascii="Times New Roman" w:hAnsi="Times New Roman" w:eastAsia="Times New Roman" w:cs="Times New Roman"/>
          <w:b w:val="0"/>
          <w:sz w:val="24"/>
        </w:rPr>
        <w:t>[name of successor trustee(s)/co-trustees(s)]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appointment shall take effect upon [his/her/their] acceptance of the office of trustee.</w:t>
      </w:r>
    </w:p>
    <w:p>
      <w:pPr>
        <w:keepNext w:val="0"/>
        <w:spacing w:before="200" w:after="0" w:line="260" w:lineRule="exact"/>
        <w:ind w:left="360" w:right="0" w:firstLine="0"/>
        <w:jc w:val="both"/>
      </w:pPr>
      <w:r>
        <w:rPr>
          <w:rFonts w:ascii="Times New Roman" w:hAnsi="Times New Roman" w:eastAsia="Times New Roman" w:cs="Times New Roman"/>
          <w:b w:val="0"/>
          <w:sz w:val="24"/>
        </w:rPr>
        <w:t>Executed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[signature(s)]</w:t>
      </w:r>
    </w:p>
    <w:p>
      <w:pPr>
        <w:keepNext w:val="0"/>
        <w:spacing w:before="120" w:after="0" w:line="260" w:lineRule="exact"/>
        <w:ind w:left="360" w:right="0" w:firstLine="0"/>
        <w:jc w:val="left"/>
      </w:pPr>
      <w:r>
        <w:rPr>
          <w:rFonts w:ascii="Times New Roman" w:hAnsi="Times New Roman" w:eastAsia="Times New Roman" w:cs="Times New Roman"/>
          <w:b w:val="0"/>
          <w:sz w:val="24"/>
        </w:rPr>
        <w:t>[print name(s) and title if applicable]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On [Month] [Day], [Year], before me, [name of notary public], notary public, personally appeared [name(s) of settlor(s) or other individual holding the power to appoint successor trustee], who proved to me on the basis of satisfactory evidence to be the person(s) whose name(s) [is/are] subscribed to the within instrument and acknowledged to me that [he/she/they] executed the same in [his/her/their] authorized [capacity/capacities] and that by [his/her/their] signature(s) on the instrument the person(s),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