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Appointment of Successor Trustee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I, [name of acting Trustee], as Trustee of the [name of the trust] TRUST dated [date of trust] (hereinafter the Trust), hereby resign as Trustee effective immediately upon the written acceptance of appointment by the successor Trustee, pursuant to [provision of trust allowing for trustee succession], and appoint [name of successor trustee], pursuant to the power granted to me as Trustee under the trust terms: [language from trust providing for the appointment of the success trustee]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Pursuant to the above provision contained in the Trust, I hereby appoint [name of Successor Trustee] to serve as successor Trustee of the Trust. I further hereby agree deliver this executed APPOINTMENT OF SUCCESSOR TRUSTEE to the successor Trustee and to the beneficiary of the Trust pursuant to [provision of Trust allowing for Trustee succession], of the Trust.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 Resigning Trustee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WITNESSES: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Print name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Print name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Acknowledged and subscribed before me by means of ☐ physical presence or ☐ online notarization by ____________________, who ☐ is personally known to me or ☐ produced ____________________ as identification, and subscribed before me by means of ☐ physical presence or ☐ online notarization by [name of first witness], witness, who ☐ is personally known to me or ☐ produced ____________________ as identification, and subscribed before me by means of ☐ physical presence or ☐ online notarization by [name of second witness], witness, who ☐ is personally known to me or ☐ produced ____________________ as identification, and subscribed by me in the presence of ___________________ and the subscribing witnesses, all on [day],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State of Florida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(Print, Type, or Stamp Commissioned Name of Notary Public)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(NOTARIAL SEAL)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Number is: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