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306" w:lineRule="exact"/>
        <w:jc w:val="center"/>
      </w:pPr>
      <w:r>
        <w:rPr>
          <w:rFonts w:ascii="Times New Roman" w:hAnsi="Times New Roman" w:eastAsia="Times New Roman" w:cs="Times New Roman"/>
          <w:b/>
          <w:sz w:val="24"/>
        </w:rPr>
        <w:t>Notice for Failure to Pay Rent</w:t>
      </w:r>
    </w:p>
    <w:p>
      <w:pPr>
        <w:jc w:val="center"/>
      </w:pPr>
      <w:r>
        <w:rPr>
          <w:rFonts w:ascii="Times New Roman" w:hAnsi="Times New Roman" w:eastAsia="Times New Roman" w:cs="Times New Roman"/>
          <w:b/>
          <w:sz w:val="24"/>
        </w:rPr>
        <w:t>5-Day Notice to Pay Rent</w:t>
      </w:r>
    </w:p>
    <w:p>
      <w:pPr>
        <w:spacing w:before="120" w:after="0"/>
      </w:pPr>
      <w:r>
        <w:rPr>
          <w:rFonts w:ascii="Times New Roman" w:hAnsi="Times New Roman" w:eastAsia="Times New Roman" w:cs="Times New Roman"/>
          <w:sz w:val="24"/>
        </w:rPr>
        <w:tab/>
        <w:tab/>
        <w:tab/>
        <w:tab/>
        <w:tab/>
        <w:tab/>
        <w:tab/>
      </w:r>
      <w:r>
        <w:rPr>
          <w:rFonts w:ascii="Times New Roman" w:hAnsi="Times New Roman" w:eastAsia="Times New Roman" w:cs="Times New Roman"/>
          <w:sz w:val="24"/>
        </w:rPr>
        <w:tab/>
      </w:r>
      <w:r>
        <w:rPr>
          <w:rFonts w:ascii="Times New Roman" w:hAnsi="Times New Roman" w:eastAsia="Times New Roman" w:cs="Times New Roman"/>
          <w:sz w:val="24"/>
        </w:rPr>
        <w:tab/>
        <w:tab/>
        <w:tab/>
        <w:tab/>
        <w:tab/>
        <w:tab/>
        <w:tab/>
      </w:r>
      <w:r>
        <w:rPr>
          <w:rFonts w:ascii="Times New Roman" w:hAnsi="Times New Roman" w:eastAsia="Times New Roman" w:cs="Times New Roman"/>
          <w:sz w:val="24"/>
        </w:rPr>
        <w:t xml:space="preserve"> </w:t>
        <w:br/>
      </w:r>
      <w:r>
        <w:rPr>
          <w:rFonts w:ascii="Times New Roman" w:hAnsi="Times New Roman" w:eastAsia="Times New Roman" w:cs="Times New Roman"/>
          <w:sz w:val="24"/>
        </w:rPr>
        <w:tab/>
        <w:tab/>
        <w:tab/>
        <w:tab/>
        <w:tab/>
        <w:tab/>
        <w:tab/>
      </w:r>
      <w:r>
        <w:rPr>
          <w:rFonts w:ascii="Times New Roman" w:hAnsi="Times New Roman" w:eastAsia="Times New Roman" w:cs="Times New Roman"/>
          <w:sz w:val="24"/>
        </w:rPr>
        <w:tab/>
      </w:r>
      <w:r>
        <w:rPr>
          <w:rFonts w:ascii="Times New Roman" w:hAnsi="Times New Roman" w:eastAsia="Times New Roman" w:cs="Times New Roman"/>
          <w:sz w:val="24"/>
        </w:rPr>
        <w:tab/>
        <w:tab/>
        <w:tab/>
        <w:tab/>
        <w:tab/>
        <w:tab/>
        <w:tab/>
      </w:r>
      <w:r>
        <w:rPr>
          <w:rFonts w:ascii="Times New Roman" w:hAnsi="Times New Roman" w:eastAsia="Times New Roman" w:cs="Times New Roman"/>
          <w:sz w:val="24"/>
        </w:rPr>
        <w:t xml:space="preserve"> </w:t>
        <w:br/>
      </w:r>
      <w:r>
        <w:rPr>
          <w:rFonts w:ascii="Times New Roman" w:hAnsi="Times New Roman" w:eastAsia="Times New Roman" w:cs="Times New Roman"/>
          <w:sz w:val="24"/>
        </w:rPr>
        <w:tab/>
        <w:tab/>
        <w:tab/>
        <w:tab/>
        <w:tab/>
        <w:tab/>
        <w:tab/>
      </w:r>
      <w:r>
        <w:rPr>
          <w:rFonts w:ascii="Times New Roman" w:hAnsi="Times New Roman" w:eastAsia="Times New Roman" w:cs="Times New Roman"/>
          <w:sz w:val="24"/>
        </w:rPr>
        <w:tab/>
      </w:r>
      <w:r>
        <w:rPr>
          <w:rFonts w:ascii="Times New Roman" w:hAnsi="Times New Roman" w:eastAsia="Times New Roman" w:cs="Times New Roman"/>
          <w:sz w:val="24"/>
        </w:rPr>
        <w:tab/>
        <w:tab/>
        <w:tab/>
        <w:tab/>
        <w:tab/>
        <w:tab/>
        <w:tab/>
      </w:r>
      <w:r>
        <w:rPr>
          <w:rFonts w:ascii="Times New Roman" w:hAnsi="Times New Roman" w:eastAsia="Times New Roman" w:cs="Times New Roman"/>
          <w:sz w:val="24"/>
        </w:rPr>
        <w:t xml:space="preserve"> </w:t>
        <w:br/>
      </w:r>
      <w:r>
        <w:rPr>
          <w:rFonts w:ascii="Times New Roman" w:hAnsi="Times New Roman" w:eastAsia="Times New Roman" w:cs="Times New Roman"/>
          <w:sz w:val="24"/>
        </w:rPr>
        <w:t>(</w:t>
        <w:tab/>
        <w:t>)</w:t>
        <w:tab/>
        <w:tab/>
        <w:tab/>
        <w:tab/>
        <w:tab/>
        <w:tab/>
      </w:r>
      <w:r>
        <w:rPr>
          <w:rFonts w:ascii="Times New Roman" w:hAnsi="Times New Roman" w:eastAsia="Times New Roman" w:cs="Times New Roman"/>
          <w:sz w:val="24"/>
        </w:rPr>
        <w:tab/>
        <w:t>(</w:t>
      </w:r>
      <w:r>
        <w:rPr>
          <w:rFonts w:ascii="Times New Roman" w:hAnsi="Times New Roman" w:eastAsia="Times New Roman" w:cs="Times New Roman"/>
          <w:sz w:val="24"/>
        </w:rPr>
        <w:tab/>
        <w:t>)</w:t>
        <w:tab/>
        <w:tab/>
        <w:tab/>
        <w:tab/>
        <w:tab/>
        <w:tab/>
      </w:r>
      <w:r>
        <w:rPr>
          <w:rFonts w:ascii="Times New Roman" w:hAnsi="Times New Roman" w:eastAsia="Times New Roman" w:cs="Times New Roman"/>
          <w:sz w:val="24"/>
        </w:rPr>
        <w:t xml:space="preserve"> </w:t>
        <w:br/>
      </w:r>
      <w:r>
        <w:rPr>
          <w:rFonts w:ascii="Times New Roman" w:hAnsi="Times New Roman" w:eastAsia="Times New Roman" w:cs="Times New Roman"/>
          <w:sz w:val="24"/>
        </w:rPr>
        <w:t>Tenant(s)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Name / Address / Phone </w:t>
        <w:tab/>
        <w:tab/>
        <w:tab/>
        <w:tab/>
        <w:t>Landlord(s) or Agent’s Name / Address / Phone</w:t>
      </w:r>
    </w:p>
    <w:p>
      <w:pPr>
        <w:spacing w:before="0" w:after="0" w:line="240" w:lineRule="auto"/>
      </w:pPr>
    </w:p>
    <w:p>
      <w:pPr>
        <w:spacing w:before="0" w:after="0" w:line="240" w:lineRule="auto"/>
      </w:pPr>
      <w:r>
        <w:rPr>
          <w:rFonts w:ascii="Times New Roman" w:hAnsi="Times New Roman" w:eastAsia="Times New Roman" w:cs="Times New Roman"/>
          <w:sz w:val="24"/>
        </w:rPr>
        <w:t xml:space="preserve">Notice Date: </w:t>
      </w:r>
      <w:r>
        <w:rPr>
          <w:rFonts w:ascii="Times New Roman" w:hAnsi="Times New Roman" w:eastAsia="Times New Roman" w:cs="Times New Roman"/>
          <w:sz w:val="24"/>
        </w:rPr>
        <w:tab/>
        <w:tab/>
        <w:tab/>
        <w:tab/>
      </w:r>
    </w:p>
    <w:p>
      <w:pPr>
        <w:spacing w:before="120" w:after="0" w:line="240" w:lineRule="auto"/>
      </w:pPr>
      <w:r>
        <w:rPr>
          <w:rFonts w:ascii="Times New Roman" w:hAnsi="Times New Roman" w:eastAsia="Times New Roman" w:cs="Times New Roman"/>
          <w:b/>
          <w:sz w:val="24"/>
        </w:rPr>
        <w:t>You have not paid your rent. You owe the following rent:</w:t>
      </w:r>
    </w:p>
    <w:p>
      <w:pPr>
        <w:spacing w:before="120" w:after="0" w:line="240" w:lineRule="auto"/>
        <w:ind w:firstLine="360"/>
      </w:pPr>
      <w:r>
        <w:rPr>
          <w:rFonts w:ascii="Times New Roman" w:hAnsi="Times New Roman" w:eastAsia="Times New Roman" w:cs="Times New Roman"/>
          <w:b/>
          <w:sz w:val="24"/>
        </w:rPr>
        <w:t>Total owed</w:t>
      </w:r>
      <w:r>
        <w:rPr>
          <w:rFonts w:ascii="Times New Roman" w:hAnsi="Times New Roman" w:eastAsia="Times New Roman" w:cs="Times New Roman"/>
          <w:sz w:val="24"/>
        </w:rPr>
        <w:t xml:space="preserve"> $</w:t>
      </w:r>
      <w:r>
        <w:rPr>
          <w:rFonts w:ascii="Times New Roman" w:hAnsi="Times New Roman" w:eastAsia="Times New Roman" w:cs="Times New Roman"/>
          <w:sz w:val="24"/>
        </w:rPr>
        <w:tab/>
        <w:tab/>
      </w:r>
      <w:r>
        <w:rPr>
          <w:rFonts w:ascii="Times New Roman" w:hAnsi="Times New Roman" w:eastAsia="Times New Roman" w:cs="Times New Roman"/>
          <w:sz w:val="24"/>
        </w:rPr>
        <w:t xml:space="preserve"> as of this date:  </w:t>
      </w:r>
      <w:r>
        <w:rPr>
          <w:rFonts w:ascii="Times New Roman" w:hAnsi="Times New Roman" w:eastAsia="Times New Roman" w:cs="Times New Roman"/>
          <w:sz w:val="24"/>
        </w:rPr>
        <w:tab/>
        <w:tab/>
        <w:tab/>
        <w:tab/>
      </w:r>
      <w:r>
        <w:rPr>
          <w:rFonts w:ascii="Times New Roman" w:hAnsi="Times New Roman" w:eastAsia="Times New Roman" w:cs="Times New Roman"/>
          <w:sz w:val="24"/>
        </w:rPr>
        <w:t>. (Your deposit may not be used for rent.)</w:t>
      </w:r>
    </w:p>
    <w:p>
      <w:pPr>
        <w:spacing w:before="0" w:after="0" w:line="240" w:lineRule="auto"/>
      </w:pPr>
    </w:p>
    <w:p>
      <w:pPr>
        <w:spacing w:before="0" w:after="0" w:line="240" w:lineRule="auto"/>
      </w:pPr>
      <w:r>
        <w:rPr>
          <w:rFonts w:ascii="Times New Roman" w:hAnsi="Times New Roman" w:eastAsia="Times New Roman" w:cs="Times New Roman"/>
          <w:sz w:val="24"/>
        </w:rPr>
        <w:t>THE TOTAL INCLUDES:</w:t>
      </w:r>
    </w:p>
    <w:p>
      <w:pPr>
        <w:spacing w:before="0" w:after="0" w:line="240" w:lineRule="auto"/>
        <w:ind w:hanging="360"/>
      </w:pPr>
      <w:r>
        <w:rPr>
          <w:rFonts w:ascii="Times New Roman" w:hAnsi="Times New Roman" w:eastAsia="Times New Roman" w:cs="Times New Roman"/>
          <w:b/>
          <w:sz w:val="24"/>
        </w:rPr>
        <w:t xml:space="preserve">RENT </w:t>
        <w:tab/>
        <w:t xml:space="preserve">$ </w:t>
      </w:r>
      <w:r>
        <w:rPr>
          <w:rFonts w:ascii="Times New Roman" w:hAnsi="Times New Roman" w:eastAsia="Times New Roman" w:cs="Times New Roman"/>
          <w:b/>
          <w:sz w:val="24"/>
        </w:rPr>
        <w:tab/>
        <w:tab/>
      </w:r>
    </w:p>
    <w:p>
      <w:pPr>
        <w:spacing w:before="0" w:after="0" w:line="240" w:lineRule="auto"/>
        <w:ind w:hanging="360"/>
      </w:pPr>
      <w:r>
        <w:rPr>
          <w:rFonts w:ascii="Times New Roman" w:hAnsi="Times New Roman" w:eastAsia="Times New Roman" w:cs="Times New Roman"/>
          <w:sz w:val="24"/>
        </w:rPr>
        <w:t xml:space="preserve">Current month/week </w:t>
        <w:tab/>
        <w:t xml:space="preserve">$ </w:t>
      </w:r>
      <w:r>
        <w:rPr>
          <w:rFonts w:ascii="Times New Roman" w:hAnsi="Times New Roman" w:eastAsia="Times New Roman" w:cs="Times New Roman"/>
          <w:b/>
          <w:sz w:val="24"/>
        </w:rPr>
        <w:tab/>
        <w:tab/>
      </w:r>
      <w:r>
        <w:rPr>
          <w:rFonts w:ascii="Times New Roman" w:hAnsi="Times New Roman" w:eastAsia="Times New Roman" w:cs="Times New Roman"/>
          <w:sz w:val="24"/>
        </w:rPr>
        <w:tab/>
        <w:t xml:space="preserve">   </w:t>
      </w:r>
    </w:p>
    <w:p>
      <w:pPr>
        <w:spacing w:before="0" w:after="0" w:line="240" w:lineRule="auto"/>
        <w:ind w:hanging="360"/>
      </w:pPr>
      <w:r>
        <w:rPr>
          <w:rFonts w:ascii="Times New Roman" w:hAnsi="Times New Roman" w:eastAsia="Times New Roman" w:cs="Times New Roman"/>
          <w:sz w:val="24"/>
        </w:rPr>
        <w:t xml:space="preserve">Prior balance </w:t>
        <w:tab/>
        <w:t xml:space="preserve">$ </w:t>
      </w:r>
      <w:r>
        <w:rPr>
          <w:rFonts w:ascii="Times New Roman" w:hAnsi="Times New Roman" w:eastAsia="Times New Roman" w:cs="Times New Roman"/>
          <w:b/>
          <w:sz w:val="24"/>
        </w:rPr>
        <w:tab/>
        <w:tab/>
      </w:r>
    </w:p>
    <w:p>
      <w:pPr>
        <w:spacing w:before="0" w:after="0" w:line="240" w:lineRule="auto"/>
        <w:ind w:hanging="360"/>
      </w:pPr>
      <w:r>
        <w:rPr>
          <w:rFonts w:ascii="Times New Roman" w:hAnsi="Times New Roman" w:eastAsia="Times New Roman" w:cs="Times New Roman"/>
          <w:sz w:val="24"/>
        </w:rPr>
        <w:t xml:space="preserve">Other </w:t>
        <w:tab/>
        <w:t xml:space="preserve">$ </w:t>
      </w:r>
      <w:r>
        <w:rPr>
          <w:rFonts w:ascii="Times New Roman" w:hAnsi="Times New Roman" w:eastAsia="Times New Roman" w:cs="Times New Roman"/>
          <w:b/>
          <w:sz w:val="24"/>
        </w:rPr>
        <w:tab/>
        <w:tab/>
      </w:r>
      <w:r>
        <w:rPr>
          <w:rFonts w:ascii="Times New Roman" w:hAnsi="Times New Roman" w:eastAsia="Times New Roman" w:cs="Times New Roman"/>
          <w:sz w:val="24"/>
        </w:rPr>
        <w:t xml:space="preserve">why </w:t>
      </w:r>
      <w:r>
        <w:rPr>
          <w:rFonts w:ascii="Times New Roman" w:hAnsi="Times New Roman" w:eastAsia="Times New Roman" w:cs="Times New Roman"/>
          <w:b/>
          <w:sz w:val="24"/>
        </w:rPr>
        <w:tab/>
        <w:tab/>
        <w:tab/>
        <w:tab/>
        <w:tab/>
      </w:r>
      <w:r>
        <w:rPr>
          <w:rFonts w:ascii="Times New Roman" w:hAnsi="Times New Roman" w:eastAsia="Times New Roman" w:cs="Times New Roman"/>
          <w:sz w:val="24"/>
        </w:rPr>
        <w:t xml:space="preserve">. </w:t>
      </w:r>
    </w:p>
    <w:p>
      <w:pPr>
        <w:spacing w:before="0" w:after="0" w:line="240" w:lineRule="auto"/>
      </w:pPr>
      <w:r>
        <w:rPr>
          <w:rFonts w:ascii="Times New Roman" w:hAnsi="Times New Roman" w:eastAsia="Times New Roman" w:cs="Times New Roman"/>
          <w:sz w:val="24"/>
        </w:rPr>
        <w:t xml:space="preserve">(Must be listed in rental agreement. </w:t>
      </w:r>
      <w:r>
        <w:rPr>
          <w:rFonts w:ascii="Times New Roman" w:hAnsi="Times New Roman" w:eastAsia="Times New Roman" w:cs="Times New Roman"/>
          <w:sz w:val="24"/>
        </w:rPr>
        <w:t>Add additional lines if needed for other charges listed in the rental agreement.</w:t>
      </w:r>
      <w:r>
        <w:rPr>
          <w:rFonts w:ascii="Times New Roman" w:hAnsi="Times New Roman" w:eastAsia="Times New Roman" w:cs="Times New Roman"/>
          <w:sz w:val="24"/>
        </w:rPr>
        <w:t>)</w:t>
      </w:r>
    </w:p>
    <w:p>
      <w:pPr>
        <w:spacing w:before="120" w:after="0" w:line="240" w:lineRule="auto"/>
        <w:ind w:hanging="360"/>
      </w:pPr>
      <w:r>
        <w:rPr>
          <w:rFonts w:ascii="Times New Roman" w:hAnsi="Times New Roman" w:eastAsia="Times New Roman" w:cs="Times New Roman"/>
          <w:b/>
          <w:sz w:val="24"/>
        </w:rPr>
        <w:t xml:space="preserve">LATE FEES </w:t>
      </w:r>
      <w:r>
        <w:rPr>
          <w:rFonts w:ascii="Times New Roman" w:hAnsi="Times New Roman" w:eastAsia="Times New Roman" w:cs="Times New Roman"/>
          <w:sz w:val="24"/>
        </w:rPr>
        <w:t>(if late fees are allowed in the rental agreement)</w:t>
      </w:r>
      <w:r>
        <w:rPr>
          <w:rFonts w:ascii="Times New Roman" w:hAnsi="Times New Roman" w:eastAsia="Times New Roman" w:cs="Times New Roman"/>
          <w:b/>
          <w:sz w:val="24"/>
        </w:rPr>
        <w:t xml:space="preserve"> </w:t>
      </w:r>
    </w:p>
    <w:p>
      <w:pPr>
        <w:spacing w:before="0" w:after="0" w:line="240" w:lineRule="auto"/>
      </w:pPr>
      <w:r>
        <w:rPr>
          <w:rFonts w:ascii="Times New Roman" w:hAnsi="Times New Roman" w:eastAsia="Times New Roman" w:cs="Times New Roman"/>
          <w:b/>
          <w:sz w:val="24"/>
        </w:rPr>
        <w:tab/>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ab/>
        <w:tab/>
      </w:r>
      <w:r>
        <w:rPr>
          <w:rFonts w:ascii="Times New Roman" w:hAnsi="Times New Roman" w:eastAsia="Times New Roman" w:cs="Times New Roman"/>
          <w:b/>
          <w:sz w:val="24"/>
        </w:rPr>
        <w:t xml:space="preserve"> </w:t>
      </w:r>
      <w:r>
        <w:rPr>
          <w:rFonts w:ascii="Times New Roman" w:hAnsi="Times New Roman" w:eastAsia="Times New Roman" w:cs="Times New Roman"/>
          <w:sz w:val="24"/>
        </w:rPr>
        <w:t>per day for</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ab/>
      </w:r>
      <w:r>
        <w:rPr>
          <w:rFonts w:ascii="Times New Roman" w:hAnsi="Times New Roman" w:eastAsia="Times New Roman" w:cs="Times New Roman"/>
          <w:b/>
          <w:sz w:val="24"/>
        </w:rPr>
        <w:t xml:space="preserve"> </w:t>
      </w:r>
      <w:r>
        <w:rPr>
          <w:rFonts w:ascii="Times New Roman" w:hAnsi="Times New Roman" w:eastAsia="Times New Roman" w:cs="Times New Roman"/>
          <w:sz w:val="24"/>
        </w:rPr>
        <w:t>days</w:t>
      </w:r>
    </w:p>
    <w:p>
      <w:pPr>
        <w:spacing w:before="0" w:after="0" w:line="240" w:lineRule="auto"/>
        <w:ind w:hanging="2246"/>
      </w:pPr>
      <w:r>
        <w:rPr>
          <w:rFonts w:ascii="Times New Roman" w:hAnsi="Times New Roman" w:eastAsia="Times New Roman" w:cs="Times New Roman"/>
          <w:b/>
          <w:sz w:val="24"/>
        </w:rPr>
        <w:t xml:space="preserve">TOTAL </w:t>
        <w:tab/>
        <w:t xml:space="preserve">$ </w:t>
      </w:r>
      <w:r>
        <w:rPr>
          <w:rFonts w:ascii="Times New Roman" w:hAnsi="Times New Roman" w:eastAsia="Times New Roman" w:cs="Times New Roman"/>
          <w:b/>
          <w:sz w:val="24"/>
        </w:rPr>
        <w:tab/>
      </w:r>
      <w:r>
        <w:rPr>
          <w:rFonts w:ascii="Times New Roman" w:hAnsi="Times New Roman" w:eastAsia="Times New Roman" w:cs="Times New Roman"/>
          <w:b/>
          <w:sz w:val="24"/>
        </w:rPr>
        <w:t xml:space="preserve"> (The amount will continue to increase each day the rent is not paid) </w:t>
      </w:r>
    </w:p>
    <w:p>
      <w:pPr>
        <w:spacing w:before="120" w:after="0"/>
      </w:pPr>
      <w:r>
        <w:rPr>
          <w:rFonts w:ascii="Times New Roman" w:hAnsi="Times New Roman" w:eastAsia="Times New Roman" w:cs="Times New Roman"/>
          <w:b/>
          <w:sz w:val="24"/>
        </w:rPr>
        <w:t>Your landlord may file an eviction action asking the judge to order you to move unless you do one of the following:</w:t>
      </w:r>
    </w:p>
    <w:p>
      <w:pPr>
        <w:spacing w:before="0" w:after="0" w:line="240" w:lineRule="auto"/>
        <w:ind w:hanging="360"/>
      </w:pPr>
      <w:r>
        <w:rPr>
          <w:rFonts w:ascii="Times New Roman" w:hAnsi="Times New Roman" w:eastAsia="Times New Roman" w:cs="Times New Roman"/>
          <w:sz w:val="24"/>
        </w:rPr>
        <w:t>Pay the total owed within 5 calendar days of receiving* this notice.</w:t>
      </w:r>
    </w:p>
    <w:p>
      <w:pPr>
        <w:spacing w:before="0" w:after="0" w:line="240" w:lineRule="auto"/>
        <w:ind w:hanging="360"/>
      </w:pPr>
      <w:r>
        <w:rPr>
          <w:rFonts w:ascii="Times New Roman" w:hAnsi="Times New Roman" w:eastAsia="Times New Roman" w:cs="Times New Roman"/>
          <w:sz w:val="24"/>
        </w:rPr>
        <w:t xml:space="preserve">Move out of the rental and </w:t>
      </w:r>
      <w:r>
        <w:rPr>
          <w:rFonts w:ascii="Times New Roman" w:hAnsi="Times New Roman" w:eastAsia="Times New Roman" w:cs="Times New Roman"/>
          <w:b/>
          <w:sz w:val="24"/>
        </w:rPr>
        <w:t>return the keys</w:t>
      </w:r>
      <w:r>
        <w:rPr>
          <w:rFonts w:ascii="Times New Roman" w:hAnsi="Times New Roman" w:eastAsia="Times New Roman" w:cs="Times New Roman"/>
          <w:sz w:val="24"/>
        </w:rPr>
        <w:t xml:space="preserve"> to the landlord within 5 calendar days of receiving* this notice. (You may still be responsible for the total owed.)</w:t>
      </w:r>
    </w:p>
    <w:p>
      <w:pPr>
        <w:spacing w:before="0" w:after="0" w:line="240" w:lineRule="auto"/>
        <w:ind w:hanging="360"/>
      </w:pPr>
      <w:r>
        <w:rPr>
          <w:rFonts w:ascii="Times New Roman" w:hAnsi="Times New Roman" w:eastAsia="Times New Roman" w:cs="Times New Roman"/>
          <w:sz w:val="24"/>
        </w:rPr>
        <w:t xml:space="preserve">Contact the landlord and settle this matter. It is best to get this agreement in writing signed by both you and the landlord. </w:t>
      </w:r>
    </w:p>
    <w:p>
      <w:pPr>
        <w:spacing w:before="120" w:after="0" w:line="240" w:lineRule="auto"/>
      </w:pPr>
      <w:r>
        <w:rPr>
          <w:rFonts w:ascii="Times New Roman" w:hAnsi="Times New Roman" w:eastAsia="Times New Roman" w:cs="Times New Roman"/>
          <w:b/>
          <w:sz w:val="24"/>
        </w:rPr>
        <w:t>Notice:</w:t>
      </w:r>
      <w:r>
        <w:rPr>
          <w:rFonts w:ascii="Times New Roman" w:hAnsi="Times New Roman" w:eastAsia="Times New Roman" w:cs="Times New Roman"/>
          <w:sz w:val="24"/>
        </w:rPr>
        <w:t xml:space="preserve"> The lease must be reinstated if you offer to pay all the rent due, plus late fees, court costs and attorney’s fees before the judgment is signed. </w:t>
      </w:r>
    </w:p>
    <w:p>
      <w:pPr>
        <w:spacing w:before="120" w:after="120" w:line="240" w:lineRule="auto"/>
      </w:pPr>
      <w:r>
        <w:rPr>
          <w:rFonts w:ascii="Times New Roman" w:hAnsi="Times New Roman" w:eastAsia="Times New Roman" w:cs="Times New Roman"/>
          <w:sz w:val="24"/>
        </w:rPr>
        <w:t>*If this notice was hand-delivered, you have 5 calendar days to act from the date you or members of your household received the notice. If this notice was sent by certified mail, you have 5 calendar days to act from the date you signed the postal service green card or 10 calendar days from the date the envelope was post-marked, whichever comes first.</w:t>
      </w:r>
    </w:p>
    <w:p>
      <w:pPr>
        <w:spacing w:before="0" w:after="0" w:line="240" w:lineRule="auto"/>
        <w:jc w:val="both"/>
      </w:pPr>
      <w:r>
        <w:rPr>
          <w:rFonts w:ascii="Times New Roman" w:hAnsi="Times New Roman" w:eastAsia="Times New Roman" w:cs="Times New Roman"/>
          <w:sz w:val="24"/>
        </w:rPr>
        <w:t xml:space="preserve">If you do not pay the amount owed, move out of the rental, and return the keys, or settle this matter (it is best to get this agreement in writing), the landlord may file an eviction action. If an eviction is filed, </w:t>
      </w:r>
      <w:r>
        <w:rPr>
          <w:rFonts w:ascii="Times New Roman" w:hAnsi="Times New Roman" w:eastAsia="Times New Roman" w:cs="Times New Roman"/>
          <w:sz w:val="24"/>
        </w:rPr>
        <w:t>you have the right to appear in court and dispute the eviction action. After an eviction action is filed, and in order to reinstate the rental agreement, you may be required to pay damages, attorney fees, and court costs.</w:t>
      </w:r>
      <w:r>
        <w:rPr>
          <w:rFonts w:ascii="Times New Roman" w:hAnsi="Times New Roman" w:eastAsia="Times New Roman" w:cs="Times New Roman"/>
          <w:sz w:val="24"/>
        </w:rPr>
        <w:t xml:space="preserve"> The judge will decide if you have to move or can legally remain in the rental. If a judgment is entered against you, you may remain in the rental property only if the landlord agrees in writing to let you stay. </w:t>
      </w:r>
    </w:p>
    <w:p>
      <w:pPr>
        <w:spacing w:before="0" w:after="0" w:line="271" w:lineRule="exact"/>
      </w:pPr>
    </w:p>
    <w:p>
      <w:pPr>
        <w:spacing w:before="0" w:after="0" w:line="271" w:lineRule="exact"/>
      </w:pPr>
      <w:r>
        <w:rPr>
          <w:rFonts w:ascii="Times New Roman" w:hAnsi="Times New Roman" w:eastAsia="Times New Roman" w:cs="Times New Roman"/>
          <w:sz w:val="24"/>
        </w:rPr>
        <w:tab/>
        <w:tab/>
        <w:tab/>
        <w:tab/>
        <w:tab/>
      </w:r>
      <w:r>
        <w:rPr>
          <w:rFonts w:ascii="Times New Roman" w:hAnsi="Times New Roman" w:eastAsia="Times New Roman" w:cs="Times New Roman"/>
          <w:sz w:val="24"/>
        </w:rPr>
        <w:tab/>
        <w:tab/>
      </w:r>
      <w:r>
        <w:rPr>
          <w:rFonts w:ascii="Times New Roman" w:hAnsi="Times New Roman" w:eastAsia="Times New Roman" w:cs="Times New Roman"/>
          <w:sz w:val="24"/>
        </w:rPr>
        <w:tab/>
        <w:tab/>
        <w:tab/>
        <w:tab/>
        <w:tab/>
        <w:tab/>
        <w:tab/>
        <w:tab/>
      </w:r>
    </w:p>
    <w:p>
      <w:pPr>
        <w:spacing w:before="0" w:after="0" w:line="271" w:lineRule="exact"/>
      </w:pPr>
      <w:r>
        <w:rPr>
          <w:rFonts w:ascii="Times New Roman" w:hAnsi="Times New Roman" w:eastAsia="Times New Roman" w:cs="Times New Roman"/>
          <w:sz w:val="24"/>
        </w:rPr>
        <w:t>Date</w:t>
        <w:tab/>
        <w:tab/>
        <w:tab/>
        <w:tab/>
        <w:tab/>
        <w:tab/>
        <w:tab/>
        <w:t>Signature</w:t>
        <w:tab/>
        <w:t xml:space="preserve"> </w:t>
      </w:r>
      <w:r>
        <w:rPr>
          <w:rFonts w:ascii="Times New Roman" w:hAnsi="Times New Roman" w:eastAsia="Times New Roman" w:cs="Times New Roman"/>
          <w:sz w:val="24"/>
        </w:rPr>
        <w:t xml:space="preserve"> Landlord  </w:t>
      </w:r>
      <w:r>
        <w:rPr>
          <w:rFonts w:ascii="Times New Roman" w:hAnsi="Times New Roman" w:eastAsia="Times New Roman" w:cs="Times New Roman"/>
          <w:sz w:val="24"/>
        </w:rPr>
        <w:t xml:space="preserve"> Agent</w:t>
      </w:r>
    </w:p>
    <w:p>
      <w:pPr>
        <w:spacing w:before="120" w:after="0" w:line="271" w:lineRule="exact"/>
      </w:pPr>
      <w:r>
        <w:rPr>
          <w:rFonts w:ascii="Times New Roman" w:hAnsi="Times New Roman" w:eastAsia="Times New Roman" w:cs="Times New Roman"/>
          <w:sz w:val="24"/>
        </w:rPr>
        <w:t>This notice is served by:</w:t>
      </w:r>
    </w:p>
    <w:p>
      <w:pPr>
        <w:spacing w:before="0" w:after="0" w:line="240" w:lineRule="auto"/>
      </w:pPr>
      <w:r>
        <w:rPr>
          <w:rFonts w:ascii="Times New Roman" w:hAnsi="Times New Roman" w:eastAsia="Times New Roman" w:cs="Times New Roman"/>
          <w:sz w:val="24"/>
        </w:rPr>
        <w:t xml:space="preserve"> </w:t>
      </w:r>
      <w:r>
        <w:rPr>
          <w:rFonts w:ascii="Times New Roman" w:hAnsi="Times New Roman" w:eastAsia="Times New Roman" w:cs="Times New Roman"/>
          <w:sz w:val="24"/>
        </w:rPr>
        <w:t>Hand delivery to (</w:t>
      </w:r>
      <w:r>
        <w:rPr>
          <w:rFonts w:ascii="Times New Roman" w:hAnsi="Times New Roman" w:eastAsia="Times New Roman" w:cs="Times New Roman"/>
          <w:sz w:val="24"/>
        </w:rPr>
        <w:t>name)</w:t>
      </w:r>
      <w:r>
        <w:rPr>
          <w:rFonts w:ascii="Times New Roman" w:hAnsi="Times New Roman" w:eastAsia="Times New Roman" w:cs="Times New Roman"/>
          <w:sz w:val="24"/>
        </w:rPr>
        <w:t xml:space="preserve">: </w:t>
      </w:r>
      <w:r>
        <w:rPr>
          <w:rFonts w:ascii="Times New Roman" w:hAnsi="Times New Roman" w:eastAsia="Times New Roman" w:cs="Times New Roman"/>
          <w:sz w:val="24"/>
        </w:rPr>
        <w:tab/>
        <w:tab/>
        <w:tab/>
        <w:tab/>
        <w:tab/>
        <w:tab/>
      </w:r>
      <w:r>
        <w:rPr>
          <w:rFonts w:ascii="Times New Roman" w:hAnsi="Times New Roman" w:eastAsia="Times New Roman" w:cs="Times New Roman"/>
          <w:sz w:val="24"/>
        </w:rPr>
        <w:t xml:space="preserve"> who is the </w:t>
      </w:r>
      <w:r>
        <w:rPr>
          <w:rFonts w:ascii="Times New Roman" w:hAnsi="Times New Roman" w:eastAsia="Times New Roman" w:cs="Times New Roman"/>
          <w:sz w:val="24"/>
        </w:rPr>
        <w:t xml:space="preserve"> tenant </w:t>
      </w:r>
      <w:r>
        <w:rPr>
          <w:rFonts w:ascii="Times New Roman" w:hAnsi="Times New Roman" w:eastAsia="Times New Roman" w:cs="Times New Roman"/>
          <w:sz w:val="24"/>
        </w:rPr>
        <w:t xml:space="preserve"> occupant</w:t>
      </w:r>
    </w:p>
    <w:p>
      <w:pPr>
        <w:spacing w:before="0" w:after="0" w:line="271" w:lineRule="exact"/>
      </w:pPr>
      <w:r>
        <w:rPr>
          <w:rFonts w:ascii="Times New Roman" w:hAnsi="Times New Roman" w:eastAsia="Times New Roman" w:cs="Times New Roman"/>
          <w:sz w:val="24"/>
        </w:rPr>
        <w:t xml:space="preserve"> </w:t>
      </w:r>
      <w:r>
        <w:rPr>
          <w:rFonts w:ascii="Times New Roman" w:hAnsi="Times New Roman" w:eastAsia="Times New Roman" w:cs="Times New Roman"/>
          <w:sz w:val="24"/>
        </w:rPr>
        <w:t>By certified mail (</w:t>
      </w:r>
      <w:r>
        <w:rPr>
          <w:rFonts w:ascii="Times New Roman" w:hAnsi="Times New Roman" w:eastAsia="Times New Roman" w:cs="Times New Roman"/>
          <w:sz w:val="24"/>
        </w:rPr>
        <w:t>mail receipt #)</w:t>
      </w:r>
      <w:r>
        <w:rPr>
          <w:rFonts w:ascii="Times New Roman" w:hAnsi="Times New Roman" w:eastAsia="Times New Roman" w:cs="Times New Roman"/>
          <w:sz w:val="24"/>
        </w:rPr>
        <w:t xml:space="preserve">: </w:t>
      </w:r>
      <w:r>
        <w:rPr>
          <w:rFonts w:ascii="Times New Roman" w:hAnsi="Times New Roman" w:eastAsia="Times New Roman" w:cs="Times New Roman"/>
          <w:sz w:val="24"/>
        </w:rPr>
        <w:tab/>
        <w:tab/>
        <w:tab/>
        <w:tab/>
        <w:tab/>
        <w:tab/>
      </w:r>
      <w:r>
        <w:rPr>
          <w:rFonts w:ascii="Times New Roman" w:hAnsi="Times New Roman" w:eastAsia="Times New Roman" w:cs="Times New Roman"/>
          <w:sz w:val="24"/>
        </w:rPr>
        <w:tab/>
      </w:r>
    </w:p>
    <w:p>
      <w:pPr>
        <w:spacing w:before="120" w:after="0" w:line="240" w:lineRule="auto"/>
      </w:pPr>
      <w:r>
        <w:rPr>
          <w:rFonts w:ascii="Times New Roman" w:hAnsi="Times New Roman" w:eastAsia="Times New Roman" w:cs="Times New Roman"/>
          <w:sz w:val="24"/>
        </w:rPr>
        <w:t xml:space="preserve">This notice is given under </w:t>
      </w:r>
      <w:r>
        <w:rPr>
          <w:rFonts w:ascii="Times New Roman" w:hAnsi="Times New Roman" w:eastAsia="Times New Roman" w:cs="Times New Roman"/>
          <w:sz w:val="24"/>
        </w:rPr>
        <w:t>A.R.S. § 33-1368(B)</w:t>
      </w:r>
      <w:r>
        <w:rPr>
          <w:rFonts w:ascii="Times New Roman" w:hAnsi="Times New Roman" w:eastAsia="Times New Roman" w:cs="Times New Roman"/>
          <w:sz w:val="24"/>
        </w:rPr>
        <w:t xml:space="preserve">. The laws about this notice are found in the Arizona Residential Landlord and Tenant Act. For more information on the Act, eviction actions, and your rights, please visit </w:t>
      </w:r>
      <w:r>
        <w:rPr>
          <w:rFonts w:ascii="Times New Roman" w:hAnsi="Times New Roman" w:eastAsia="Times New Roman" w:cs="Times New Roman"/>
          <w:sz w:val="24"/>
        </w:rPr>
        <w:t>https://www.azcourts.gov/eviction</w:t>
      </w:r>
      <w:r>
        <w:rPr>
          <w:rFonts w:ascii="Times New Roman" w:hAnsi="Times New Roman" w:eastAsia="Times New Roman" w:cs="Times New Roman"/>
          <w:sz w:val="24"/>
        </w:rPr>
        <w:t xml:space="preserve">, </w:t>
      </w:r>
      <w:r>
        <w:rPr>
          <w:rFonts w:ascii="Times New Roman" w:hAnsi="Times New Roman" w:eastAsia="Times New Roman" w:cs="Times New Roman"/>
          <w:sz w:val="24"/>
        </w:rPr>
        <w:t>Arizona Department of Housing</w:t>
      </w:r>
      <w:r>
        <w:rPr>
          <w:rFonts w:ascii="Times New Roman" w:hAnsi="Times New Roman" w:eastAsia="Times New Roman" w:cs="Times New Roman"/>
          <w:sz w:val="24"/>
        </w:rPr>
        <w:t xml:space="preserve">, </w:t>
      </w:r>
      <w:r>
        <w:rPr>
          <w:rFonts w:ascii="Times New Roman" w:hAnsi="Times New Roman" w:eastAsia="Times New Roman" w:cs="Times New Roman"/>
          <w:sz w:val="24"/>
        </w:rPr>
        <w:t>AZLawHelp.org</w:t>
      </w:r>
      <w:r>
        <w:rPr>
          <w:rFonts w:ascii="Times New Roman" w:hAnsi="Times New Roman" w:eastAsia="Times New Roman" w:cs="Times New Roman"/>
          <w:sz w:val="24"/>
        </w:rPr>
        <w:t xml:space="preserve">, or </w:t>
      </w:r>
      <w:r>
        <w:rPr>
          <w:rFonts w:ascii="Times New Roman" w:hAnsi="Times New Roman" w:eastAsia="Times New Roman" w:cs="Times New Roman"/>
          <w:sz w:val="24"/>
        </w:rPr>
        <w:t>AZCourtHelp.org</w:t>
      </w:r>
      <w:r>
        <w:rPr>
          <w:rFonts w:ascii="Times New Roman" w:hAnsi="Times New Roman" w:eastAsia="Times New Roman" w:cs="Times New Roman"/>
          <w:sz w:val="24"/>
        </w:rPr>
        <w: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